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DECLARACIÓN JURADA DE CUMPLIMIENTO DE REQUERIMIENTOS TÉCNICOS MÍNIMOS</w:t>
      </w:r>
    </w:p>
    <w:p>
      <w:r>
        <w:t>Lima, ____ de __________ de 20___</w:t>
        <w:br/>
      </w:r>
    </w:p>
    <w:p>
      <w:r>
        <w:t>Señores:</w:t>
        <w:br/>
        <w:t>________________________________________</w:t>
        <w:br/>
        <w:t>(Entidad / Empresa)</w:t>
        <w:br/>
        <w:br/>
        <w:t>Presente.-</w:t>
        <w:br/>
      </w:r>
    </w:p>
    <w:p>
      <w:r>
        <w:t>Yo, ____________________________________________, identificado(a) con DNI N° ________________, en representación de ____________________________________________, con RUC N° ________________, con domicilio en ____________________________________________, declaro bajo juramento lo siguiente:</w:t>
        <w:br/>
      </w:r>
    </w:p>
    <w:p>
      <w:r>
        <w:t>Que, en relación al proceso de contratación denominado: "______________________________________________", mi representada cumple con todos los REQUERIMIENTOS TÉCNICOS MÍNIMOS establecidos en las Bases y/o Términos de Referencia.</w:t>
        <w:br/>
      </w:r>
    </w:p>
    <w:p>
      <w:r>
        <w:t>Asimismo, nos comprometemos a cumplir con las condiciones, especificaciones técnicas, plazos y demás obligaciones establecidas por la Entidad, asumiendo la responsabilidad correspondiente en caso de incumplimiento.</w:t>
        <w:br/>
      </w:r>
    </w:p>
    <w:p>
      <w:r>
        <w:t>Declaro que la información proporcionada es veraz y me someto a las acciones legales que correspondan en caso de falsedad.</w:t>
        <w:br/>
      </w:r>
    </w:p>
    <w:p>
      <w:r>
        <w:t>Sin otro particular, suscribo la presente.</w:t>
        <w:br/>
      </w:r>
    </w:p>
    <w:p>
      <w:r>
        <w:t>Atentamente,</w:t>
        <w:br/>
      </w:r>
    </w:p>
    <w:p>
      <w:r>
        <w:t>__________________________________</w:t>
        <w:br/>
        <w:t>Firma</w:t>
        <w:br/>
      </w:r>
    </w:p>
    <w:p>
      <w:r>
        <w:t>Nombre: ____________________________________</w:t>
      </w:r>
    </w:p>
    <w:p>
      <w:r>
        <w:t>DNI: _______________________________________</w:t>
      </w:r>
    </w:p>
    <w:p>
      <w:r>
        <w:t>Cargo: _____________________________________</w:t>
      </w:r>
    </w:p>
    <w:p>
      <w:r>
        <w:t>Razón Social: _______________________________</w:t>
      </w:r>
    </w:p>
    <w:p>
      <w:r>
        <w:t>RUC: _______________________________________</w:t>
      </w:r>
    </w:p>
    <w:p>
      <w:r>
        <w:t>Teléfono: __________________________________</w:t>
      </w:r>
    </w:p>
    <w:p>
      <w:r>
        <w:t>Correo electrónico: __________________________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