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EC1" w:rsidRPr="000B7187" w:rsidRDefault="003E6A20" w:rsidP="000C7EC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B7187">
        <w:rPr>
          <w:rFonts w:ascii="Arial" w:hAnsi="Arial" w:cs="Arial"/>
          <w:b/>
          <w:bCs/>
        </w:rPr>
        <w:t xml:space="preserve">FORMATO DE </w:t>
      </w:r>
      <w:r w:rsidR="00053F57" w:rsidRPr="000B7187">
        <w:rPr>
          <w:rFonts w:ascii="Arial" w:hAnsi="Arial" w:cs="Arial"/>
          <w:b/>
          <w:bCs/>
        </w:rPr>
        <w:t xml:space="preserve">COTIZACIÓN Y </w:t>
      </w:r>
      <w:r w:rsidR="000C7EC1" w:rsidRPr="000B7187">
        <w:rPr>
          <w:rFonts w:ascii="Arial" w:hAnsi="Arial" w:cs="Arial"/>
          <w:b/>
          <w:bCs/>
        </w:rPr>
        <w:t>DECLARACIÓN JURADA DE CUMPLIMIENTO DEL REQUERIMIENTO</w:t>
      </w:r>
    </w:p>
    <w:p w:rsidR="00C86C54" w:rsidRDefault="00C86C54" w:rsidP="00C86C54">
      <w:pPr>
        <w:pStyle w:val="Default"/>
      </w:pPr>
    </w:p>
    <w:p w:rsidR="000C7EC1" w:rsidRDefault="00C86C54" w:rsidP="00C86C54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 xml:space="preserve"> “</w:t>
      </w:r>
      <w:r w:rsidR="00523186" w:rsidRPr="00523186">
        <w:rPr>
          <w:rFonts w:ascii="Arial" w:hAnsi="Arial" w:cs="Arial"/>
          <w:b/>
          <w:bCs/>
        </w:rPr>
        <w:t>SERVICIO DE ARRENDAMIENTO DE LOCAL PARA EL FUNCIONAMIENTO DE LA OFICINA ZONAL PASCO – SEDE OXAPAMPA</w:t>
      </w:r>
      <w:r>
        <w:rPr>
          <w:rFonts w:ascii="Arial" w:hAnsi="Arial" w:cs="Arial"/>
          <w:b/>
          <w:bCs/>
        </w:rPr>
        <w:t>”</w:t>
      </w:r>
    </w:p>
    <w:p w:rsidR="0009286A" w:rsidRPr="000C7EC1" w:rsidRDefault="0009286A" w:rsidP="00C86C54">
      <w:pPr>
        <w:spacing w:after="0" w:line="240" w:lineRule="auto"/>
        <w:jc w:val="center"/>
        <w:rPr>
          <w:rFonts w:ascii="Arial" w:hAnsi="Arial" w:cs="Arial"/>
          <w:b/>
        </w:rPr>
      </w:pPr>
    </w:p>
    <w:p w:rsidR="007C0E8C" w:rsidRPr="000C7EC1" w:rsidRDefault="00714873" w:rsidP="000C7EC1">
      <w:pPr>
        <w:rPr>
          <w:rFonts w:ascii="Arial" w:hAnsi="Arial" w:cs="Arial"/>
          <w:sz w:val="20"/>
          <w:szCs w:val="20"/>
          <w:u w:val="single"/>
        </w:rPr>
      </w:pPr>
      <w:r w:rsidRPr="000C7EC1">
        <w:rPr>
          <w:rFonts w:ascii="Arial" w:hAnsi="Arial" w:cs="Arial"/>
          <w:b/>
          <w:bCs/>
          <w:sz w:val="20"/>
          <w:szCs w:val="20"/>
          <w:u w:val="single"/>
        </w:rPr>
        <w:t>DATOS DEL POSTOR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134"/>
        <w:gridCol w:w="1417"/>
        <w:gridCol w:w="1135"/>
        <w:gridCol w:w="1134"/>
        <w:gridCol w:w="1984"/>
      </w:tblGrid>
      <w:tr w:rsidR="00053F57" w:rsidRPr="00620CA6" w:rsidTr="00172F47">
        <w:trPr>
          <w:trHeight w:val="52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Denominación o Razón Social: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RUC Nº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53F57" w:rsidRPr="00620CA6" w:rsidTr="00172F47">
        <w:trPr>
          <w:trHeight w:val="52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Dirección: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53F57" w:rsidRPr="00620CA6" w:rsidTr="00172F47">
        <w:trPr>
          <w:trHeight w:val="39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Teléfono Fijo: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Celular: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B6DDE8"/>
            <w:noWrap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Otro: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53F57" w:rsidRPr="00620CA6" w:rsidTr="00172F47">
        <w:trPr>
          <w:trHeight w:val="39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E-mail (1):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53F57" w:rsidRPr="00620CA6" w:rsidTr="00172F47">
        <w:trPr>
          <w:trHeight w:val="39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E-mail (2):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53F57" w:rsidRPr="00620CA6" w:rsidTr="00172F47">
        <w:trPr>
          <w:trHeight w:val="397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Persona de contacto: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F57" w:rsidRPr="00620CA6" w:rsidRDefault="00053F57" w:rsidP="00172F4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620CA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</w:tbl>
    <w:p w:rsidR="007C437D" w:rsidRDefault="007C437D" w:rsidP="000C7EC1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7C0E8C" w:rsidRPr="000B7187" w:rsidRDefault="00714873" w:rsidP="000C7EC1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0B7187">
        <w:rPr>
          <w:rFonts w:ascii="Arial" w:hAnsi="Arial" w:cs="Arial"/>
          <w:b/>
          <w:bCs/>
          <w:sz w:val="20"/>
          <w:szCs w:val="20"/>
          <w:u w:val="single"/>
        </w:rPr>
        <w:t>CONDICIONES ECONÓMICAS</w:t>
      </w: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686"/>
        <w:gridCol w:w="1134"/>
        <w:gridCol w:w="1519"/>
        <w:gridCol w:w="1457"/>
      </w:tblGrid>
      <w:tr w:rsidR="00523186" w:rsidRPr="00D91239" w:rsidTr="00523186">
        <w:trPr>
          <w:trHeight w:val="5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186" w:rsidRPr="00D91239" w:rsidRDefault="00523186" w:rsidP="00D912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D9123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ITEM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186" w:rsidRPr="00D91239" w:rsidRDefault="00523186" w:rsidP="00D912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D9123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DESCRIPCION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186" w:rsidRPr="00D91239" w:rsidRDefault="00523186" w:rsidP="00D912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D9123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CANTIDAD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186" w:rsidRPr="00D91239" w:rsidRDefault="00523186" w:rsidP="00D912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D9123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PRECIO UNIT.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186" w:rsidRPr="00D91239" w:rsidRDefault="00523186" w:rsidP="00D912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D9123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  <w:t>PRECIO TOTAL</w:t>
            </w:r>
          </w:p>
        </w:tc>
      </w:tr>
      <w:tr w:rsidR="00523186" w:rsidRPr="00D91239" w:rsidTr="00523186">
        <w:trPr>
          <w:trHeight w:val="9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186" w:rsidRPr="00D91239" w:rsidRDefault="00523186" w:rsidP="007C437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186" w:rsidRPr="00D91239" w:rsidRDefault="00523186" w:rsidP="0052318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523186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SERVICIO DE ARRENDAMIENTO DE LOCAL PARA EL FUNCIONAMIENTO DE LA OFICINA ZONAL PASCO – SEDE OXAPAMPA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186" w:rsidRPr="00D91239" w:rsidRDefault="00523186" w:rsidP="00D912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12 MESES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186" w:rsidRPr="00D91239" w:rsidRDefault="00523186" w:rsidP="00D912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D91239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186" w:rsidRPr="00D91239" w:rsidRDefault="00523186" w:rsidP="00D912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D91239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 </w:t>
            </w:r>
          </w:p>
        </w:tc>
      </w:tr>
    </w:tbl>
    <w:p w:rsidR="007C0E8C" w:rsidRPr="000B7187" w:rsidRDefault="00714873">
      <w:pPr>
        <w:rPr>
          <w:rFonts w:ascii="Arial" w:hAnsi="Arial" w:cs="Arial"/>
          <w:sz w:val="20"/>
          <w:szCs w:val="20"/>
        </w:rPr>
      </w:pPr>
      <w:r w:rsidRPr="000B7187">
        <w:rPr>
          <w:rFonts w:ascii="Arial" w:hAnsi="Arial" w:cs="Arial"/>
          <w:sz w:val="20"/>
          <w:szCs w:val="20"/>
        </w:rPr>
        <w:t>(El precio ofertado es a todo costo, incluye impuestos y demás conceptos que correspondan).</w:t>
      </w:r>
    </w:p>
    <w:p w:rsidR="007C0E8C" w:rsidRPr="000B7187" w:rsidRDefault="00C86C54">
      <w:pPr>
        <w:rPr>
          <w:rFonts w:ascii="Arial" w:hAnsi="Arial" w:cs="Arial"/>
          <w:sz w:val="20"/>
          <w:szCs w:val="20"/>
        </w:rPr>
      </w:pPr>
      <w:r w:rsidRPr="00C86C54">
        <w:rPr>
          <w:rFonts w:ascii="Arial" w:hAnsi="Arial" w:cs="Arial"/>
          <w:sz w:val="20"/>
          <w:szCs w:val="20"/>
        </w:rPr>
        <w:t xml:space="preserve">El plazo </w:t>
      </w:r>
      <w:r w:rsidR="007C437D">
        <w:rPr>
          <w:rFonts w:ascii="Arial" w:hAnsi="Arial" w:cs="Arial"/>
          <w:sz w:val="20"/>
          <w:szCs w:val="20"/>
        </w:rPr>
        <w:t>de acuerdo a los terminos de referencia</w:t>
      </w:r>
      <w:r w:rsidR="00053F57" w:rsidRPr="000B7187">
        <w:rPr>
          <w:rFonts w:ascii="Arial" w:hAnsi="Arial" w:cs="Arial"/>
          <w:sz w:val="20"/>
          <w:szCs w:val="20"/>
        </w:rPr>
        <w:t>.</w:t>
      </w:r>
    </w:p>
    <w:p w:rsidR="000C7EC1" w:rsidRPr="000B7187" w:rsidRDefault="00714873" w:rsidP="000C7EC1">
      <w:pPr>
        <w:rPr>
          <w:rFonts w:ascii="Arial" w:hAnsi="Arial" w:cs="Arial"/>
          <w:sz w:val="20"/>
          <w:szCs w:val="20"/>
        </w:rPr>
      </w:pPr>
      <w:r w:rsidRPr="000B7187">
        <w:rPr>
          <w:rFonts w:ascii="Arial" w:hAnsi="Arial" w:cs="Arial"/>
          <w:b/>
          <w:bCs/>
          <w:sz w:val="20"/>
          <w:szCs w:val="20"/>
          <w:u w:val="single"/>
        </w:rPr>
        <w:t>DECLARACIÓN</w:t>
      </w:r>
    </w:p>
    <w:p w:rsidR="007C0E8C" w:rsidRPr="000B7187" w:rsidRDefault="00714873" w:rsidP="000C7EC1">
      <w:pPr>
        <w:jc w:val="both"/>
        <w:rPr>
          <w:rFonts w:ascii="Arial" w:hAnsi="Arial" w:cs="Arial"/>
          <w:sz w:val="20"/>
          <w:szCs w:val="20"/>
        </w:rPr>
      </w:pPr>
      <w:r w:rsidRPr="000B7187">
        <w:rPr>
          <w:rFonts w:ascii="Arial" w:hAnsi="Arial" w:cs="Arial"/>
          <w:sz w:val="20"/>
          <w:szCs w:val="20"/>
        </w:rPr>
        <w:t xml:space="preserve">Declaro </w:t>
      </w:r>
      <w:r w:rsidR="00D978F0">
        <w:rPr>
          <w:rFonts w:ascii="Arial" w:hAnsi="Arial" w:cs="Arial"/>
          <w:sz w:val="20"/>
          <w:szCs w:val="20"/>
        </w:rPr>
        <w:t>cumplir</w:t>
      </w:r>
      <w:r w:rsidRPr="000B7187">
        <w:rPr>
          <w:rFonts w:ascii="Arial" w:hAnsi="Arial" w:cs="Arial"/>
          <w:sz w:val="20"/>
          <w:szCs w:val="20"/>
        </w:rPr>
        <w:t xml:space="preserve"> con las condiciones </w:t>
      </w:r>
      <w:r w:rsidR="00D91239">
        <w:rPr>
          <w:rFonts w:ascii="Arial" w:hAnsi="Arial" w:cs="Arial"/>
          <w:sz w:val="20"/>
          <w:szCs w:val="20"/>
        </w:rPr>
        <w:t>del requerimiento</w:t>
      </w:r>
      <w:r w:rsidRPr="000B7187">
        <w:rPr>
          <w:rFonts w:ascii="Arial" w:hAnsi="Arial" w:cs="Arial"/>
          <w:sz w:val="20"/>
          <w:szCs w:val="20"/>
        </w:rPr>
        <w:t xml:space="preserve"> y normativas vigentes, y que la </w:t>
      </w:r>
      <w:r w:rsidR="000C7EC1" w:rsidRPr="000B7187">
        <w:rPr>
          <w:rFonts w:ascii="Arial" w:hAnsi="Arial" w:cs="Arial"/>
          <w:sz w:val="20"/>
          <w:szCs w:val="20"/>
        </w:rPr>
        <w:t>información consignada es veraz; Asimismo, conocer todas las condiciones existentes, el suscrito declara que mi representada cumple el Requerimiento en y demás condiciones que se detallan en los documentos proporcionados por la Entidad</w:t>
      </w:r>
      <w:r w:rsidR="003E6A20" w:rsidRPr="000B7187">
        <w:rPr>
          <w:rFonts w:ascii="Arial" w:hAnsi="Arial" w:cs="Arial"/>
          <w:sz w:val="20"/>
          <w:szCs w:val="20"/>
        </w:rPr>
        <w:t>; Adicionalmente declaro bajo juramento lo siguiente:</w:t>
      </w:r>
    </w:p>
    <w:p w:rsidR="00D978F0" w:rsidRDefault="00D978F0" w:rsidP="003E6A20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</w:t>
      </w:r>
      <w:proofErr w:type="gramStart"/>
      <w:r>
        <w:rPr>
          <w:rFonts w:ascii="Arial" w:hAnsi="Arial" w:cs="Arial"/>
          <w:sz w:val="20"/>
          <w:szCs w:val="20"/>
        </w:rPr>
        <w:t>h</w:t>
      </w:r>
      <w:r w:rsidR="003E6A20" w:rsidRPr="000B7187">
        <w:rPr>
          <w:rFonts w:ascii="Arial" w:hAnsi="Arial" w:cs="Arial"/>
          <w:sz w:val="20"/>
          <w:szCs w:val="20"/>
        </w:rPr>
        <w:t>aber</w:t>
      </w:r>
      <w:proofErr w:type="gramEnd"/>
      <w:r w:rsidR="003E6A20" w:rsidRPr="000B7187">
        <w:rPr>
          <w:rFonts w:ascii="Arial" w:hAnsi="Arial" w:cs="Arial"/>
          <w:sz w:val="20"/>
          <w:szCs w:val="20"/>
        </w:rPr>
        <w:t xml:space="preserve"> incurrido y me obligo a no incurrir en actos de corrupción, así como a respetar el principio de integridad.</w:t>
      </w:r>
    </w:p>
    <w:p w:rsidR="00D978F0" w:rsidRDefault="00D978F0" w:rsidP="00D978F0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6A20" w:rsidRPr="000B7187" w:rsidRDefault="00D978F0" w:rsidP="003E6A20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Cumplir con todo los extremos </w:t>
      </w:r>
      <w:proofErr w:type="gramStart"/>
      <w:r>
        <w:rPr>
          <w:rFonts w:ascii="Arial" w:hAnsi="Arial" w:cs="Arial"/>
          <w:sz w:val="20"/>
          <w:szCs w:val="20"/>
        </w:rPr>
        <w:t>del</w:t>
      </w:r>
      <w:proofErr w:type="gramEnd"/>
      <w:r>
        <w:rPr>
          <w:rFonts w:ascii="Arial" w:hAnsi="Arial" w:cs="Arial"/>
          <w:sz w:val="20"/>
          <w:szCs w:val="20"/>
        </w:rPr>
        <w:t xml:space="preserve"> requerimiento.</w:t>
      </w:r>
    </w:p>
    <w:p w:rsidR="003E6A20" w:rsidRPr="000B7187" w:rsidRDefault="003E6A20" w:rsidP="003E6A20">
      <w:pPr>
        <w:pStyle w:val="Textoindependiente"/>
        <w:widowControl w:val="0"/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</w:p>
    <w:p w:rsidR="003E6A20" w:rsidRPr="000B7187" w:rsidRDefault="003E6A20" w:rsidP="003E6A20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7187">
        <w:rPr>
          <w:rFonts w:ascii="Arial" w:hAnsi="Arial" w:cs="Arial"/>
          <w:sz w:val="20"/>
          <w:szCs w:val="20"/>
        </w:rPr>
        <w:t xml:space="preserve">No tener impedimento para postular en </w:t>
      </w:r>
      <w:r w:rsidR="0009286A" w:rsidRPr="000B7187">
        <w:rPr>
          <w:rFonts w:ascii="Arial" w:hAnsi="Arial" w:cs="Arial"/>
          <w:sz w:val="20"/>
          <w:szCs w:val="20"/>
        </w:rPr>
        <w:t xml:space="preserve">el </w:t>
      </w:r>
      <w:r w:rsidR="0009286A">
        <w:rPr>
          <w:rFonts w:ascii="Arial" w:hAnsi="Arial" w:cs="Arial"/>
          <w:sz w:val="20"/>
          <w:szCs w:val="20"/>
        </w:rPr>
        <w:t>procedimiento</w:t>
      </w:r>
      <w:r w:rsidRPr="000B7187">
        <w:rPr>
          <w:rFonts w:ascii="Arial" w:hAnsi="Arial" w:cs="Arial"/>
          <w:sz w:val="20"/>
          <w:szCs w:val="20"/>
        </w:rPr>
        <w:t xml:space="preserve"> de selección </w:t>
      </w:r>
      <w:proofErr w:type="gramStart"/>
      <w:r w:rsidR="0009286A">
        <w:rPr>
          <w:rFonts w:ascii="Arial" w:hAnsi="Arial" w:cs="Arial"/>
          <w:sz w:val="20"/>
          <w:szCs w:val="20"/>
        </w:rPr>
        <w:t>n</w:t>
      </w:r>
      <w:r w:rsidRPr="000B7187">
        <w:rPr>
          <w:rFonts w:ascii="Arial" w:hAnsi="Arial" w:cs="Arial"/>
          <w:sz w:val="20"/>
          <w:szCs w:val="20"/>
        </w:rPr>
        <w:t>i</w:t>
      </w:r>
      <w:proofErr w:type="gramEnd"/>
      <w:r w:rsidRPr="000B7187">
        <w:rPr>
          <w:rFonts w:ascii="Arial" w:hAnsi="Arial" w:cs="Arial"/>
          <w:sz w:val="20"/>
          <w:szCs w:val="20"/>
        </w:rPr>
        <w:t xml:space="preserve"> para contratar con el Estado.</w:t>
      </w:r>
    </w:p>
    <w:p w:rsidR="003E6A20" w:rsidRPr="000B7187" w:rsidRDefault="003E6A20" w:rsidP="003E6A20">
      <w:pPr>
        <w:pStyle w:val="Textoindependiente"/>
        <w:widowControl w:val="0"/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</w:p>
    <w:p w:rsidR="003E6A20" w:rsidRPr="000B7187" w:rsidRDefault="003E6A20" w:rsidP="003E6A20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7187">
        <w:rPr>
          <w:rFonts w:ascii="Arial" w:hAnsi="Arial" w:cs="Arial"/>
          <w:sz w:val="20"/>
          <w:szCs w:val="20"/>
        </w:rPr>
        <w:t>Conocer las sanciones contenidas en la Ley General de Contrataciones</w:t>
      </w:r>
      <w:r w:rsidR="00972752">
        <w:rPr>
          <w:rFonts w:ascii="Arial" w:hAnsi="Arial" w:cs="Arial"/>
          <w:sz w:val="20"/>
          <w:szCs w:val="20"/>
        </w:rPr>
        <w:t xml:space="preserve"> Pú</w:t>
      </w:r>
      <w:r w:rsidRPr="000B7187">
        <w:rPr>
          <w:rFonts w:ascii="Arial" w:hAnsi="Arial" w:cs="Arial"/>
          <w:sz w:val="20"/>
          <w:szCs w:val="20"/>
        </w:rPr>
        <w:t xml:space="preserve">blicas, así como las disposiciones aplicables de la Ley N° 27444, Ley del Procedimiento Administrativo General. </w:t>
      </w:r>
    </w:p>
    <w:p w:rsidR="003E6A20" w:rsidRPr="000B7187" w:rsidRDefault="003E6A20" w:rsidP="003E6A20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lang w:val="es-PE"/>
        </w:rPr>
      </w:pPr>
    </w:p>
    <w:p w:rsidR="003E6A20" w:rsidRPr="000B7187" w:rsidRDefault="003E6A20" w:rsidP="003E6A20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7187">
        <w:rPr>
          <w:rFonts w:ascii="Arial" w:hAnsi="Arial" w:cs="Arial"/>
          <w:sz w:val="20"/>
          <w:szCs w:val="20"/>
        </w:rPr>
        <w:t xml:space="preserve">Conocer, aceptar y someterme a las reglas </w:t>
      </w:r>
      <w:proofErr w:type="gramStart"/>
      <w:r w:rsidRPr="000B7187">
        <w:rPr>
          <w:rFonts w:ascii="Arial" w:hAnsi="Arial" w:cs="Arial"/>
          <w:sz w:val="20"/>
          <w:szCs w:val="20"/>
        </w:rPr>
        <w:t>del</w:t>
      </w:r>
      <w:proofErr w:type="gramEnd"/>
      <w:r w:rsidRPr="000B7187">
        <w:rPr>
          <w:rFonts w:ascii="Arial" w:hAnsi="Arial" w:cs="Arial"/>
          <w:sz w:val="20"/>
          <w:szCs w:val="20"/>
        </w:rPr>
        <w:t xml:space="preserve"> procedimiento de selección.</w:t>
      </w:r>
    </w:p>
    <w:p w:rsidR="003E6A20" w:rsidRPr="000B7187" w:rsidRDefault="003E6A20" w:rsidP="003E6A20">
      <w:pPr>
        <w:pStyle w:val="Textoindependiente"/>
        <w:widowControl w:val="0"/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</w:p>
    <w:p w:rsidR="003E6A20" w:rsidRPr="000B7187" w:rsidRDefault="003E6A20" w:rsidP="003E6A20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7187">
        <w:rPr>
          <w:rFonts w:ascii="Arial" w:hAnsi="Arial" w:cs="Arial"/>
          <w:sz w:val="20"/>
          <w:szCs w:val="20"/>
        </w:rPr>
        <w:t>Ser responsable de la veracidad de los documentos e información que presento en el presente procedimiento de selección.</w:t>
      </w:r>
    </w:p>
    <w:p w:rsidR="003E6A20" w:rsidRPr="000B7187" w:rsidRDefault="003E6A20" w:rsidP="003E6A20">
      <w:pPr>
        <w:pStyle w:val="Textoindependiente"/>
        <w:widowControl w:val="0"/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3E6A20" w:rsidRDefault="003E6A20" w:rsidP="003E6A20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7187">
        <w:rPr>
          <w:rFonts w:ascii="Arial" w:hAnsi="Arial" w:cs="Arial"/>
          <w:sz w:val="20"/>
          <w:szCs w:val="20"/>
        </w:rPr>
        <w:t>No me une parentesco alguno de consanguinidad hasta el cuarto grado, ni</w:t>
      </w:r>
      <w:r w:rsidRPr="000B7187">
        <w:rPr>
          <w:rFonts w:ascii="Arial" w:hAnsi="Arial" w:cs="Arial"/>
          <w:sz w:val="20"/>
          <w:szCs w:val="20"/>
          <w:lang w:val="es-MX"/>
        </w:rPr>
        <w:t xml:space="preserve"> </w:t>
      </w:r>
      <w:r w:rsidRPr="000B7187">
        <w:rPr>
          <w:rFonts w:ascii="Arial" w:hAnsi="Arial" w:cs="Arial"/>
          <w:sz w:val="20"/>
          <w:szCs w:val="20"/>
        </w:rPr>
        <w:t>afinidad hasta el segundo grado o vinculo por razón de matrimonio o unión de</w:t>
      </w:r>
      <w:r w:rsidRPr="000B7187">
        <w:rPr>
          <w:rFonts w:ascii="Arial" w:hAnsi="Arial" w:cs="Arial"/>
          <w:sz w:val="20"/>
          <w:szCs w:val="20"/>
          <w:lang w:val="es-MX"/>
        </w:rPr>
        <w:t xml:space="preserve"> </w:t>
      </w:r>
      <w:r w:rsidRPr="000B7187">
        <w:rPr>
          <w:rFonts w:ascii="Arial" w:hAnsi="Arial" w:cs="Arial"/>
          <w:sz w:val="20"/>
          <w:szCs w:val="20"/>
        </w:rPr>
        <w:t>hecho con personal de COFOPRI, bajo cualquier régimen laboral, contractual que</w:t>
      </w:r>
      <w:r w:rsidRPr="000B7187">
        <w:rPr>
          <w:rFonts w:ascii="Arial" w:hAnsi="Arial" w:cs="Arial"/>
          <w:sz w:val="20"/>
          <w:szCs w:val="20"/>
          <w:lang w:val="es-MX"/>
        </w:rPr>
        <w:t xml:space="preserve"> </w:t>
      </w:r>
      <w:r w:rsidRPr="000B7187">
        <w:rPr>
          <w:rFonts w:ascii="Arial" w:hAnsi="Arial" w:cs="Arial"/>
          <w:sz w:val="20"/>
          <w:szCs w:val="20"/>
        </w:rPr>
        <w:t>goce de la facultad de nombramiento y contratación de personal o tenga</w:t>
      </w:r>
      <w:r w:rsidRPr="000B7187">
        <w:rPr>
          <w:rFonts w:ascii="Arial" w:hAnsi="Arial" w:cs="Arial"/>
          <w:sz w:val="20"/>
          <w:szCs w:val="20"/>
          <w:lang w:val="es-MX"/>
        </w:rPr>
        <w:t xml:space="preserve"> </w:t>
      </w:r>
      <w:r w:rsidRPr="000B7187">
        <w:rPr>
          <w:rFonts w:ascii="Arial" w:hAnsi="Arial" w:cs="Arial"/>
          <w:sz w:val="20"/>
          <w:szCs w:val="20"/>
        </w:rPr>
        <w:t>injerencia directa o indirecta en los procesos de selección.</w:t>
      </w:r>
    </w:p>
    <w:p w:rsidR="007C437D" w:rsidRPr="007C437D" w:rsidRDefault="007C437D" w:rsidP="007C437D">
      <w:pPr>
        <w:pStyle w:val="Prrafodelista"/>
        <w:rPr>
          <w:rFonts w:ascii="Arial" w:hAnsi="Arial" w:cs="Arial"/>
          <w:sz w:val="20"/>
          <w:szCs w:val="20"/>
        </w:rPr>
      </w:pPr>
    </w:p>
    <w:p w:rsidR="003E6A20" w:rsidRPr="00620CA6" w:rsidRDefault="003E6A20" w:rsidP="003E6A20">
      <w:pPr>
        <w:pStyle w:val="Textoindependiente"/>
        <w:widowControl w:val="0"/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E6A20" w:rsidRPr="003E6A20" w:rsidRDefault="003E6A20" w:rsidP="000C7EC1">
      <w:pPr>
        <w:jc w:val="both"/>
        <w:rPr>
          <w:rFonts w:ascii="Arial" w:hAnsi="Arial" w:cs="Arial"/>
        </w:rPr>
      </w:pPr>
    </w:p>
    <w:p w:rsidR="007C0E8C" w:rsidRPr="000C7EC1" w:rsidRDefault="00714873">
      <w:pPr>
        <w:rPr>
          <w:rFonts w:ascii="Arial" w:hAnsi="Arial" w:cs="Arial"/>
          <w:sz w:val="20"/>
          <w:szCs w:val="20"/>
        </w:rPr>
      </w:pPr>
      <w:r w:rsidRPr="000C7EC1">
        <w:rPr>
          <w:rFonts w:ascii="Arial" w:hAnsi="Arial" w:cs="Arial"/>
          <w:sz w:val="20"/>
          <w:szCs w:val="20"/>
        </w:rPr>
        <w:br/>
        <w:t>Lugar y fecha: ______________________________</w:t>
      </w:r>
    </w:p>
    <w:p w:rsidR="007C0E8C" w:rsidRDefault="00714873">
      <w:pPr>
        <w:rPr>
          <w:rFonts w:ascii="Arial" w:hAnsi="Arial" w:cs="Arial"/>
          <w:sz w:val="20"/>
          <w:szCs w:val="20"/>
        </w:rPr>
      </w:pPr>
      <w:r w:rsidRPr="000C7EC1">
        <w:rPr>
          <w:rFonts w:ascii="Arial" w:hAnsi="Arial" w:cs="Arial"/>
          <w:sz w:val="20"/>
          <w:szCs w:val="20"/>
        </w:rPr>
        <w:br/>
        <w:t xml:space="preserve">Firma y sello </w:t>
      </w:r>
      <w:proofErr w:type="gramStart"/>
      <w:r w:rsidRPr="000C7EC1">
        <w:rPr>
          <w:rFonts w:ascii="Arial" w:hAnsi="Arial" w:cs="Arial"/>
          <w:sz w:val="20"/>
          <w:szCs w:val="20"/>
        </w:rPr>
        <w:t>del</w:t>
      </w:r>
      <w:proofErr w:type="gramEnd"/>
      <w:r w:rsidRPr="000C7EC1">
        <w:rPr>
          <w:rFonts w:ascii="Arial" w:hAnsi="Arial" w:cs="Arial"/>
          <w:sz w:val="20"/>
          <w:szCs w:val="20"/>
        </w:rPr>
        <w:t xml:space="preserve"> Postor</w:t>
      </w:r>
      <w:r w:rsidR="00D978F0">
        <w:rPr>
          <w:rFonts w:ascii="Arial" w:hAnsi="Arial" w:cs="Arial"/>
          <w:sz w:val="20"/>
          <w:szCs w:val="20"/>
        </w:rPr>
        <w:t>:</w:t>
      </w:r>
    </w:p>
    <w:p w:rsidR="00D978F0" w:rsidRPr="000C7EC1" w:rsidRDefault="00D978F0">
      <w:pPr>
        <w:rPr>
          <w:rFonts w:ascii="Arial" w:hAnsi="Arial" w:cs="Arial"/>
          <w:sz w:val="20"/>
          <w:szCs w:val="20"/>
        </w:rPr>
      </w:pPr>
    </w:p>
    <w:p w:rsidR="007C0E8C" w:rsidRDefault="00714873">
      <w:pPr>
        <w:rPr>
          <w:rFonts w:ascii="Arial" w:hAnsi="Arial" w:cs="Arial"/>
          <w:sz w:val="20"/>
          <w:szCs w:val="20"/>
        </w:rPr>
      </w:pPr>
      <w:r w:rsidRPr="000C7EC1">
        <w:rPr>
          <w:rFonts w:ascii="Arial" w:hAnsi="Arial" w:cs="Arial"/>
          <w:sz w:val="20"/>
          <w:szCs w:val="20"/>
        </w:rPr>
        <w:t>_________________________________________</w:t>
      </w:r>
    </w:p>
    <w:p w:rsidR="003E6A20" w:rsidRDefault="000B71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(de ser personal natural)</w:t>
      </w:r>
    </w:p>
    <w:p w:rsidR="000B7187" w:rsidRDefault="00D978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Razón</w:t>
      </w:r>
      <w:r w:rsidR="000B7187">
        <w:rPr>
          <w:rFonts w:ascii="Arial" w:hAnsi="Arial" w:cs="Arial"/>
          <w:sz w:val="20"/>
          <w:szCs w:val="20"/>
        </w:rPr>
        <w:t xml:space="preserve"> Social (de ser persona </w:t>
      </w:r>
      <w:r>
        <w:rPr>
          <w:rFonts w:ascii="Arial" w:hAnsi="Arial" w:cs="Arial"/>
          <w:sz w:val="20"/>
          <w:szCs w:val="20"/>
        </w:rPr>
        <w:t>Jurídica</w:t>
      </w:r>
      <w:r w:rsidR="000B7187">
        <w:rPr>
          <w:rFonts w:ascii="Arial" w:hAnsi="Arial" w:cs="Arial"/>
          <w:sz w:val="20"/>
          <w:szCs w:val="20"/>
        </w:rPr>
        <w:t>)</w:t>
      </w:r>
    </w:p>
    <w:p w:rsidR="000B7187" w:rsidRPr="000C7EC1" w:rsidRDefault="000B7187">
      <w:pPr>
        <w:rPr>
          <w:rFonts w:ascii="Arial" w:hAnsi="Arial" w:cs="Arial"/>
          <w:sz w:val="20"/>
          <w:szCs w:val="20"/>
        </w:rPr>
      </w:pPr>
    </w:p>
    <w:sectPr w:rsidR="000B7187" w:rsidRPr="000C7EC1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F83" w:rsidRDefault="004B0F83">
      <w:pPr>
        <w:spacing w:after="0" w:line="240" w:lineRule="auto"/>
      </w:pPr>
      <w:r>
        <w:separator/>
      </w:r>
    </w:p>
  </w:endnote>
  <w:endnote w:type="continuationSeparator" w:id="0">
    <w:p w:rsidR="004B0F83" w:rsidRDefault="004B0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E8C" w:rsidRDefault="007C0E8C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F83" w:rsidRDefault="004B0F83">
      <w:pPr>
        <w:spacing w:after="0" w:line="240" w:lineRule="auto"/>
      </w:pPr>
      <w:r>
        <w:separator/>
      </w:r>
    </w:p>
  </w:footnote>
  <w:footnote w:type="continuationSeparator" w:id="0">
    <w:p w:rsidR="004B0F83" w:rsidRDefault="004B0F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F47315C"/>
    <w:multiLevelType w:val="hybridMultilevel"/>
    <w:tmpl w:val="AC1417D4"/>
    <w:lvl w:ilvl="0" w:tplc="28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A2325"/>
    <w:multiLevelType w:val="hybridMultilevel"/>
    <w:tmpl w:val="06FAE4D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53F57"/>
    <w:rsid w:val="0006063C"/>
    <w:rsid w:val="0009286A"/>
    <w:rsid w:val="000B7187"/>
    <w:rsid w:val="000C7EC1"/>
    <w:rsid w:val="00114B13"/>
    <w:rsid w:val="0015074B"/>
    <w:rsid w:val="002171C9"/>
    <w:rsid w:val="0029639D"/>
    <w:rsid w:val="00326F90"/>
    <w:rsid w:val="00374272"/>
    <w:rsid w:val="003E6A20"/>
    <w:rsid w:val="004B0F83"/>
    <w:rsid w:val="00523186"/>
    <w:rsid w:val="005914B8"/>
    <w:rsid w:val="00650D16"/>
    <w:rsid w:val="00714873"/>
    <w:rsid w:val="007C0E8C"/>
    <w:rsid w:val="007C437D"/>
    <w:rsid w:val="00972752"/>
    <w:rsid w:val="00A8144B"/>
    <w:rsid w:val="00AA1D8D"/>
    <w:rsid w:val="00B47730"/>
    <w:rsid w:val="00BD25FC"/>
    <w:rsid w:val="00C8368A"/>
    <w:rsid w:val="00C86C54"/>
    <w:rsid w:val="00CB0664"/>
    <w:rsid w:val="00CE7232"/>
    <w:rsid w:val="00D91239"/>
    <w:rsid w:val="00D978F0"/>
    <w:rsid w:val="00E4074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300"/>
  <w15:docId w15:val="{2A77A5E4-D1D8-450D-9557-884B6A92B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uesto">
    <w:name w:val="Title"/>
    <w:basedOn w:val="Normal"/>
    <w:next w:val="Normal"/>
    <w:link w:val="Puest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72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275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86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2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9A2CC22-780A-4B1C-869A-C384B2C6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350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2277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Manuel Alejandro Araujo Cerrutti</cp:lastModifiedBy>
  <cp:revision>13</cp:revision>
  <cp:lastPrinted>2025-09-04T22:36:00Z</cp:lastPrinted>
  <dcterms:created xsi:type="dcterms:W3CDTF">2025-09-18T14:44:00Z</dcterms:created>
  <dcterms:modified xsi:type="dcterms:W3CDTF">2026-05-28T17:05:00Z</dcterms:modified>
  <cp:category/>
</cp:coreProperties>
</file>