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066CB" w14:textId="77777777" w:rsidR="000671E3" w:rsidRDefault="00000000">
      <w:pPr>
        <w:pStyle w:val="Ttulo"/>
      </w:pPr>
      <w:r>
        <w:t>CARTA DE AUTORIZACIÓN DE CÓDIGO DE CUENTA INTERBANCARIO (CCI)</w:t>
      </w:r>
    </w:p>
    <w:p w14:paraId="65A4438C" w14:textId="77777777" w:rsidR="000671E3" w:rsidRDefault="00000000">
      <w:r>
        <w:t>Lima, ____ de __________ de 20___</w:t>
      </w:r>
      <w:r>
        <w:br/>
      </w:r>
    </w:p>
    <w:p w14:paraId="69C04ED6" w14:textId="77777777" w:rsidR="000671E3" w:rsidRDefault="00000000">
      <w:r>
        <w:t>Señores:</w:t>
      </w:r>
      <w:r>
        <w:br/>
        <w:t>________________________________________</w:t>
      </w:r>
      <w:r>
        <w:br/>
        <w:t>(Entidad / Empresa)</w:t>
      </w:r>
      <w:r>
        <w:br/>
      </w:r>
      <w:r>
        <w:br/>
        <w:t>Presente.-</w:t>
      </w:r>
      <w:r>
        <w:br/>
      </w:r>
    </w:p>
    <w:p w14:paraId="119D670C" w14:textId="77777777" w:rsidR="000671E3" w:rsidRDefault="00000000">
      <w:r>
        <w:t>Yo, ____________________________________________, identificado(a) con DNI N° ________________, con domicilio en ____________________________________________, por medio de la presente AUTORIZO a ustedes a realizar los pagos correspondientes a mis obligaciones mediante depósito en mi cuenta bancaria, según el siguiente detalle:</w:t>
      </w:r>
      <w:r>
        <w:br/>
      </w:r>
    </w:p>
    <w:p w14:paraId="5E870223" w14:textId="77777777" w:rsidR="000671E3" w:rsidRDefault="00000000">
      <w:r>
        <w:t>- Entidad Financiera: __________________________________</w:t>
      </w:r>
    </w:p>
    <w:p w14:paraId="7C69DD31" w14:textId="77777777" w:rsidR="000671E3" w:rsidRDefault="00000000">
      <w:r>
        <w:t>- Tipo de Cuenta: ______________________________________</w:t>
      </w:r>
    </w:p>
    <w:p w14:paraId="045790E6" w14:textId="77777777" w:rsidR="000671E3" w:rsidRDefault="00000000">
      <w:r>
        <w:t>- Número de Cuenta: ___________________________________</w:t>
      </w:r>
    </w:p>
    <w:p w14:paraId="2E5E70D7" w14:textId="77777777" w:rsidR="000671E3" w:rsidRDefault="00000000">
      <w:r>
        <w:t>- Código de Cuenta Interbancario (CCI): __________________________</w:t>
      </w:r>
      <w:r>
        <w:br/>
      </w:r>
    </w:p>
    <w:p w14:paraId="781BC52A" w14:textId="77777777" w:rsidR="000671E3" w:rsidRDefault="00000000">
      <w:r>
        <w:t>Declaro que la cuenta indicada es de mi titularidad y autorizo su uso para la recepción de pagos, liberando a la entidad de toda responsabilidad una vez efectuado el depósito en la cuenta señalada.</w:t>
      </w:r>
      <w:r>
        <w:br/>
      </w:r>
    </w:p>
    <w:p w14:paraId="5C67CD06" w14:textId="77777777" w:rsidR="000671E3" w:rsidRDefault="00000000">
      <w:r>
        <w:t>Sin otro particular, quedo de ustedes.</w:t>
      </w:r>
      <w:r>
        <w:br/>
      </w:r>
    </w:p>
    <w:p w14:paraId="15314742" w14:textId="77777777" w:rsidR="000671E3" w:rsidRDefault="00000000">
      <w:r>
        <w:t>Atentamente,</w:t>
      </w:r>
      <w:r>
        <w:br/>
      </w:r>
    </w:p>
    <w:p w14:paraId="1E876DEB" w14:textId="77777777" w:rsidR="000671E3" w:rsidRDefault="00000000">
      <w:r>
        <w:t>__________________________________</w:t>
      </w:r>
      <w:r>
        <w:br/>
        <w:t>Firma</w:t>
      </w:r>
      <w:r>
        <w:br/>
      </w:r>
    </w:p>
    <w:p w14:paraId="4C909A06" w14:textId="77777777" w:rsidR="000671E3" w:rsidRDefault="00000000">
      <w:r>
        <w:t>Nombre: ____________________________________</w:t>
      </w:r>
    </w:p>
    <w:p w14:paraId="6271C739" w14:textId="77777777" w:rsidR="000671E3" w:rsidRDefault="00000000">
      <w:r>
        <w:lastRenderedPageBreak/>
        <w:t>DNI: _______________________________________</w:t>
      </w:r>
    </w:p>
    <w:p w14:paraId="41F4B6E4" w14:textId="77777777" w:rsidR="000671E3" w:rsidRDefault="00000000">
      <w:r>
        <w:t>Teléfono: __________________________________</w:t>
      </w:r>
    </w:p>
    <w:p w14:paraId="641912DB" w14:textId="77777777" w:rsidR="000671E3" w:rsidRDefault="00000000">
      <w:r>
        <w:t>Correo electrónico: __________________________</w:t>
      </w:r>
    </w:p>
    <w:sectPr w:rsidR="000671E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3210909">
    <w:abstractNumId w:val="8"/>
  </w:num>
  <w:num w:numId="2" w16cid:durableId="1434083864">
    <w:abstractNumId w:val="6"/>
  </w:num>
  <w:num w:numId="3" w16cid:durableId="2035571632">
    <w:abstractNumId w:val="5"/>
  </w:num>
  <w:num w:numId="4" w16cid:durableId="1089232256">
    <w:abstractNumId w:val="4"/>
  </w:num>
  <w:num w:numId="5" w16cid:durableId="536968479">
    <w:abstractNumId w:val="7"/>
  </w:num>
  <w:num w:numId="6" w16cid:durableId="793715862">
    <w:abstractNumId w:val="3"/>
  </w:num>
  <w:num w:numId="7" w16cid:durableId="785781915">
    <w:abstractNumId w:val="2"/>
  </w:num>
  <w:num w:numId="8" w16cid:durableId="1348019386">
    <w:abstractNumId w:val="1"/>
  </w:num>
  <w:num w:numId="9" w16cid:durableId="1607233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71E3"/>
    <w:rsid w:val="0015074B"/>
    <w:rsid w:val="0029639D"/>
    <w:rsid w:val="00326F90"/>
    <w:rsid w:val="00AA1D8D"/>
    <w:rsid w:val="00B47730"/>
    <w:rsid w:val="00C84628"/>
    <w:rsid w:val="00CB0664"/>
    <w:rsid w:val="00CB53BE"/>
    <w:rsid w:val="00CC28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21AE672"/>
  <w14:defaultImageDpi w14:val="300"/>
  <w15:docId w15:val="{C7A6ED3F-4817-44DF-A569-B1762386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ESFAP</cp:lastModifiedBy>
  <cp:revision>2</cp:revision>
  <dcterms:created xsi:type="dcterms:W3CDTF">2026-05-06T14:52:00Z</dcterms:created>
  <dcterms:modified xsi:type="dcterms:W3CDTF">2026-05-06T14:52:00Z</dcterms:modified>
  <cp:category/>
</cp:coreProperties>
</file>