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OFERTA ECONÓMICA</w:t>
      </w:r>
    </w:p>
    <w:p>
      <w:r>
        <w:t>Lima, ____ de __________ de 20___</w:t>
        <w:br/>
      </w:r>
    </w:p>
    <w:p>
      <w:r>
        <w:t>Señores:</w:t>
        <w:br/>
        <w:t>________________________________________</w:t>
        <w:br/>
        <w:t>(Entidad / Empresa)</w:t>
        <w:br/>
        <w:br/>
        <w:t>Presente.-</w:t>
        <w:br/>
      </w:r>
    </w:p>
    <w:p>
      <w:r>
        <w:t>De nuestra consideración:</w:t>
        <w:br/>
        <w:br/>
        <w:t>Por medio de la presente, nos es grato presentar nuestra OFERTA ECONÓMICA para el servicio/bien denominado: _______________________________________________.</w:t>
        <w:br/>
      </w:r>
    </w:p>
    <w:p>
      <w:r>
        <w:t>DETALLE DE LA OFERTA:</w:t>
        <w:br/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Ítem</w:t>
            </w:r>
          </w:p>
        </w:tc>
        <w:tc>
          <w:tcPr>
            <w:tcW w:type="dxa" w:w="1728"/>
          </w:tcPr>
          <w:p>
            <w:r>
              <w:t>Descripción</w:t>
            </w:r>
          </w:p>
        </w:tc>
        <w:tc>
          <w:tcPr>
            <w:tcW w:type="dxa" w:w="1728"/>
          </w:tcPr>
          <w:p>
            <w:r>
              <w:t>Unidad</w:t>
            </w:r>
          </w:p>
        </w:tc>
        <w:tc>
          <w:tcPr>
            <w:tcW w:type="dxa" w:w="1728"/>
          </w:tcPr>
          <w:p>
            <w:r>
              <w:t>Cantidad</w:t>
            </w:r>
          </w:p>
        </w:tc>
        <w:tc>
          <w:tcPr>
            <w:tcW w:type="dxa" w:w="1728"/>
          </w:tcPr>
          <w:p>
            <w:r>
              <w:t>Precio (S/)</w:t>
            </w:r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>
      <w:r>
        <w:br/>
        <w:t>Subtotal: S/ __________________</w:t>
      </w:r>
    </w:p>
    <w:p>
      <w:r>
        <w:t>IGV (18%): S/ ________________</w:t>
      </w:r>
    </w:p>
    <w:p>
      <w:r>
        <w:t>TOTAL: S/ ____________________</w:t>
        <w:br/>
      </w:r>
    </w:p>
    <w:p>
      <w:r>
        <w:t>Condiciones de la oferta:</w:t>
        <w:br/>
        <w:t>- Validez de la oferta: __________________</w:t>
        <w:br/>
        <w:t>- Plazo de entrega: ______________________</w:t>
        <w:br/>
        <w:t>- Forma de pago: ________________________</w:t>
        <w:br/>
      </w:r>
    </w:p>
    <w:p>
      <w:r>
        <w:t>Sin otro particular, quedamos de ustedes.</w:t>
        <w:br/>
      </w:r>
    </w:p>
    <w:p>
      <w:r>
        <w:t>Atentamente,</w:t>
        <w:br/>
      </w:r>
    </w:p>
    <w:p>
      <w:r>
        <w:t>__________________________________</w:t>
        <w:br/>
        <w:t>Firma</w:t>
        <w:br/>
      </w:r>
    </w:p>
    <w:p>
      <w:r>
        <w:t>Nombre / Razón Social: __________________________</w:t>
      </w:r>
    </w:p>
    <w:p>
      <w:r>
        <w:t>RUC / DNI: _____________________________________</w:t>
      </w:r>
    </w:p>
    <w:p>
      <w:r>
        <w:t>Teléfono: ______________________________________</w:t>
      </w:r>
    </w:p>
    <w:p>
      <w:r>
        <w:t>Correo electrónico: _____________________________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