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87065" w14:textId="0F3EDC8D" w:rsidR="00D83A15" w:rsidRPr="00FD5CBA" w:rsidRDefault="00A73110" w:rsidP="00157D84">
      <w:pPr>
        <w:spacing w:after="0"/>
        <w:jc w:val="center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b/>
          <w:sz w:val="24"/>
          <w:szCs w:val="24"/>
          <w:lang w:val="es-PE"/>
        </w:rPr>
        <w:t xml:space="preserve">ANEXO </w:t>
      </w:r>
      <w:proofErr w:type="spellStart"/>
      <w:r w:rsidRPr="00FD5CBA">
        <w:rPr>
          <w:rFonts w:ascii="Calibri" w:hAnsi="Calibri" w:cs="Calibri"/>
          <w:b/>
          <w:sz w:val="24"/>
          <w:szCs w:val="24"/>
          <w:lang w:val="es-PE"/>
        </w:rPr>
        <w:t>N.°</w:t>
      </w:r>
      <w:proofErr w:type="spellEnd"/>
      <w:r w:rsidRPr="00FD5CBA">
        <w:rPr>
          <w:rFonts w:ascii="Calibri" w:hAnsi="Calibri" w:cs="Calibri"/>
          <w:b/>
          <w:sz w:val="24"/>
          <w:szCs w:val="24"/>
          <w:lang w:val="es-PE"/>
        </w:rPr>
        <w:t xml:space="preserve"> 05</w:t>
      </w:r>
      <w:r w:rsidRPr="00FD5CBA">
        <w:rPr>
          <w:rFonts w:ascii="Calibri" w:hAnsi="Calibri" w:cs="Calibri"/>
          <w:b/>
          <w:sz w:val="24"/>
          <w:szCs w:val="24"/>
          <w:lang w:val="es-PE"/>
        </w:rPr>
        <w:br/>
        <w:t>DECLARACIÓN JURADA PARA CONTRATACIÓN POR MONTOS IGUALES O INFERIORES A 8 UIT</w:t>
      </w:r>
    </w:p>
    <w:p w14:paraId="504455DF" w14:textId="77777777" w:rsidR="00157D84" w:rsidRPr="00FD5CBA" w:rsidRDefault="00A73110" w:rsidP="00157D84">
      <w:pPr>
        <w:spacing w:after="0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t>Señores</w:t>
      </w:r>
      <w:r w:rsidRPr="00FD5CBA">
        <w:rPr>
          <w:rFonts w:ascii="Calibri" w:hAnsi="Calibri" w:cs="Calibri"/>
          <w:sz w:val="24"/>
          <w:szCs w:val="24"/>
          <w:lang w:val="es-PE"/>
        </w:rPr>
        <w:br/>
      </w:r>
      <w:r w:rsidR="00157D84" w:rsidRPr="00FD5CBA">
        <w:rPr>
          <w:rFonts w:ascii="Calibri" w:hAnsi="Calibri" w:cs="Calibri"/>
          <w:b/>
          <w:bCs/>
          <w:sz w:val="24"/>
          <w:szCs w:val="24"/>
          <w:lang w:val="es-PE"/>
        </w:rPr>
        <w:t>DIRECCIÓN REGIONAL DE EDUCACIÓN DE UCAYALI</w:t>
      </w:r>
      <w:r w:rsidRPr="00FD5CBA">
        <w:rPr>
          <w:rFonts w:ascii="Calibri" w:hAnsi="Calibri" w:cs="Calibri"/>
          <w:sz w:val="24"/>
          <w:szCs w:val="24"/>
          <w:lang w:val="es-PE"/>
        </w:rPr>
        <w:br/>
      </w:r>
      <w:r w:rsidR="00157D84" w:rsidRPr="00FD5CBA">
        <w:rPr>
          <w:rFonts w:ascii="Calibri" w:hAnsi="Calibri" w:cs="Calibri"/>
          <w:sz w:val="24"/>
          <w:szCs w:val="24"/>
          <w:lang w:val="es-PE"/>
        </w:rPr>
        <w:t xml:space="preserve">Carretera Federico Basadre km. 3.800 km. </w:t>
      </w:r>
      <w:proofErr w:type="spellStart"/>
      <w:r w:rsidR="00157D84" w:rsidRPr="00FD5CBA">
        <w:rPr>
          <w:rFonts w:ascii="Calibri" w:hAnsi="Calibri" w:cs="Calibri"/>
          <w:sz w:val="24"/>
          <w:szCs w:val="24"/>
          <w:lang w:val="es-PE"/>
        </w:rPr>
        <w:t>Ref</w:t>
      </w:r>
      <w:proofErr w:type="spellEnd"/>
      <w:r w:rsidR="00157D84" w:rsidRPr="00FD5CBA">
        <w:rPr>
          <w:rFonts w:ascii="Calibri" w:hAnsi="Calibri" w:cs="Calibri"/>
          <w:sz w:val="24"/>
          <w:szCs w:val="24"/>
          <w:lang w:val="es-PE"/>
        </w:rPr>
        <w:t xml:space="preserve"> (frente al grifo Espinoza) Ucayali - Coronel Portillo – Callería.</w:t>
      </w:r>
      <w:r w:rsidRPr="00FD5CBA">
        <w:rPr>
          <w:rFonts w:ascii="Calibri" w:hAnsi="Calibri" w:cs="Calibri"/>
          <w:sz w:val="24"/>
          <w:szCs w:val="24"/>
          <w:lang w:val="es-PE"/>
        </w:rPr>
        <w:br/>
      </w:r>
      <w:proofErr w:type="gramStart"/>
      <w:r w:rsidRPr="00FD5CBA">
        <w:rPr>
          <w:rFonts w:ascii="Calibri" w:hAnsi="Calibri" w:cs="Calibri"/>
          <w:sz w:val="24"/>
          <w:szCs w:val="24"/>
          <w:lang w:val="es-PE"/>
        </w:rPr>
        <w:t>Presente.-</w:t>
      </w:r>
      <w:proofErr w:type="gramEnd"/>
    </w:p>
    <w:p w14:paraId="5D6A6261" w14:textId="05595CA8" w:rsidR="00157D84" w:rsidRPr="00FD5CBA" w:rsidRDefault="00A73110" w:rsidP="00157D84">
      <w:pPr>
        <w:spacing w:after="0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br/>
        <w:t>Atención: Unidad de Logística.</w:t>
      </w:r>
    </w:p>
    <w:p w14:paraId="2620CAFA" w14:textId="6C74381B" w:rsidR="00157D84" w:rsidRPr="00FD5CBA" w:rsidRDefault="00A73110" w:rsidP="00FD5CBA">
      <w:pPr>
        <w:spacing w:after="0"/>
        <w:jc w:val="both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br/>
        <w:t>Mediante el presente, la/el suscrita/o, proveedor/a y/o Representante Legal</w:t>
      </w:r>
      <w:r w:rsidR="00FD5CBA" w:rsidRPr="00FD5CBA">
        <w:rPr>
          <w:rFonts w:ascii="Calibri" w:hAnsi="Calibri" w:cs="Calibri"/>
          <w:sz w:val="24"/>
          <w:szCs w:val="24"/>
          <w:lang w:val="es-PE"/>
        </w:rPr>
        <w:t xml:space="preserve"> </w:t>
      </w:r>
      <w:r w:rsidRPr="00FD5CBA">
        <w:rPr>
          <w:rFonts w:ascii="Calibri" w:hAnsi="Calibri" w:cs="Calibri"/>
          <w:sz w:val="24"/>
          <w:szCs w:val="24"/>
          <w:lang w:val="es-PE"/>
        </w:rPr>
        <w:t>d</w:t>
      </w:r>
      <w:r w:rsidR="00FD5CBA" w:rsidRPr="00FD5CBA">
        <w:rPr>
          <w:rFonts w:ascii="Calibri" w:hAnsi="Calibri" w:cs="Calibri"/>
          <w:sz w:val="24"/>
          <w:szCs w:val="24"/>
          <w:lang w:val="es-PE"/>
        </w:rPr>
        <w:t>e</w:t>
      </w:r>
      <w:r w:rsidR="00845C8C">
        <w:rPr>
          <w:rFonts w:ascii="Calibri" w:hAnsi="Calibri" w:cs="Calibri"/>
          <w:b/>
          <w:bCs/>
          <w:sz w:val="24"/>
          <w:szCs w:val="24"/>
          <w:lang w:val="es-PE"/>
        </w:rPr>
        <w:t>…………………………………………………………………………</w:t>
      </w:r>
      <w:r w:rsidRPr="00FD5CBA">
        <w:rPr>
          <w:rFonts w:ascii="Calibri" w:hAnsi="Calibri" w:cs="Calibri"/>
          <w:sz w:val="24"/>
          <w:szCs w:val="24"/>
          <w:lang w:val="es-PE"/>
        </w:rPr>
        <w:t>, declaro bajo juramento lo siguiente:</w:t>
      </w:r>
    </w:p>
    <w:p w14:paraId="24AD064D" w14:textId="77777777" w:rsidR="00A73110" w:rsidRPr="00FD5CBA" w:rsidRDefault="00A73110" w:rsidP="00A73110">
      <w:pPr>
        <w:pStyle w:val="Prrafodelista"/>
        <w:numPr>
          <w:ilvl w:val="0"/>
          <w:numId w:val="10"/>
        </w:numPr>
        <w:spacing w:after="0"/>
        <w:jc w:val="both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t>No tener impedimento para postular en el procedimiento de selección ni para contratar con el Estado, conforme al artículo 30° de la Ley de Contrataciones del Estado.</w:t>
      </w:r>
    </w:p>
    <w:p w14:paraId="1CD77C29" w14:textId="77777777" w:rsidR="00A73110" w:rsidRPr="00FD5CBA" w:rsidRDefault="00A73110" w:rsidP="00A73110">
      <w:pPr>
        <w:pStyle w:val="Prrafodelista"/>
        <w:numPr>
          <w:ilvl w:val="0"/>
          <w:numId w:val="10"/>
        </w:numPr>
        <w:spacing w:after="0"/>
        <w:jc w:val="both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t>Conocer, aceptar y someterme a las condiciones y reglas de la presente contratación.</w:t>
      </w:r>
    </w:p>
    <w:p w14:paraId="11C2EF9D" w14:textId="77777777" w:rsidR="00A73110" w:rsidRPr="00FD5CBA" w:rsidRDefault="00A73110" w:rsidP="00A73110">
      <w:pPr>
        <w:pStyle w:val="Prrafodelista"/>
        <w:numPr>
          <w:ilvl w:val="0"/>
          <w:numId w:val="10"/>
        </w:numPr>
        <w:spacing w:after="0"/>
        <w:jc w:val="both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t>Ser responsable de la veracidad de los documentos e información que presento para la contratación.</w:t>
      </w:r>
    </w:p>
    <w:p w14:paraId="7E6F0EC8" w14:textId="5BD9185B" w:rsidR="00A73110" w:rsidRPr="00FD5CBA" w:rsidRDefault="00A73110" w:rsidP="00A73110">
      <w:pPr>
        <w:pStyle w:val="Prrafodelista"/>
        <w:numPr>
          <w:ilvl w:val="0"/>
          <w:numId w:val="10"/>
        </w:numPr>
        <w:spacing w:after="0"/>
        <w:jc w:val="both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t xml:space="preserve">No haber incurrido y me obligo a no incurrir en actos de corrupción, así como respetar el principio de integridad y conocer los compromisos Antisoborno </w:t>
      </w:r>
      <w:r w:rsidR="00CB1D36" w:rsidRPr="00FD5CBA">
        <w:rPr>
          <w:rFonts w:ascii="Calibri" w:hAnsi="Calibri" w:cs="Calibri"/>
          <w:sz w:val="24"/>
          <w:szCs w:val="24"/>
          <w:lang w:val="es-PE"/>
        </w:rPr>
        <w:t>de la Dirección Regional de Educación de Ucayali</w:t>
      </w:r>
      <w:r w:rsidRPr="00FD5CBA">
        <w:rPr>
          <w:rFonts w:ascii="Calibri" w:hAnsi="Calibri" w:cs="Calibri"/>
          <w:sz w:val="24"/>
          <w:szCs w:val="24"/>
          <w:lang w:val="es-PE"/>
        </w:rPr>
        <w:t>, el cual se establece en su Política del Sistema Integrado de Gestión.</w:t>
      </w:r>
    </w:p>
    <w:p w14:paraId="05970A11" w14:textId="77777777" w:rsidR="00A73110" w:rsidRPr="00FD5CBA" w:rsidRDefault="00A73110" w:rsidP="00A73110">
      <w:pPr>
        <w:pStyle w:val="Prrafodelista"/>
        <w:numPr>
          <w:ilvl w:val="0"/>
          <w:numId w:val="10"/>
        </w:numPr>
        <w:spacing w:after="0"/>
        <w:jc w:val="both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t>Comprometerme a mantener la cotización presentada durante la presente contratación y a perfeccionar el contrato, en caso de resultar favorecido con la contratación.</w:t>
      </w:r>
    </w:p>
    <w:p w14:paraId="0E69E7F3" w14:textId="77777777" w:rsidR="00A73110" w:rsidRPr="00FD5CBA" w:rsidRDefault="00A73110" w:rsidP="00A73110">
      <w:pPr>
        <w:pStyle w:val="Prrafodelista"/>
        <w:numPr>
          <w:ilvl w:val="0"/>
          <w:numId w:val="10"/>
        </w:numPr>
        <w:spacing w:after="0"/>
        <w:jc w:val="both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0FF40A7B" w14:textId="1FAD4A9F" w:rsidR="00A73110" w:rsidRPr="00FD5CBA" w:rsidRDefault="00A73110" w:rsidP="00A73110">
      <w:pPr>
        <w:pStyle w:val="Prrafodelista"/>
        <w:numPr>
          <w:ilvl w:val="0"/>
          <w:numId w:val="10"/>
        </w:numPr>
        <w:spacing w:after="0"/>
        <w:jc w:val="both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t xml:space="preserve">No contar con parientes hasta el cuarto grado de consanguinidad y segundo de afinidad, y/o cónyuge que a la fecha se encuentren prestando servicios en </w:t>
      </w:r>
      <w:r w:rsidR="00CB1D36" w:rsidRPr="00FD5CBA">
        <w:rPr>
          <w:rFonts w:ascii="Calibri" w:hAnsi="Calibri" w:cs="Calibri"/>
          <w:sz w:val="24"/>
          <w:szCs w:val="24"/>
          <w:lang w:val="es-PE"/>
        </w:rPr>
        <w:t>la Dirección Regional de Educación de Ucayali.</w:t>
      </w:r>
    </w:p>
    <w:p w14:paraId="2042C2D0" w14:textId="77777777" w:rsidR="00A73110" w:rsidRPr="00FD5CBA" w:rsidRDefault="00A73110" w:rsidP="00A73110">
      <w:pPr>
        <w:pStyle w:val="Prrafodelista"/>
        <w:numPr>
          <w:ilvl w:val="0"/>
          <w:numId w:val="10"/>
        </w:numPr>
        <w:spacing w:after="0"/>
        <w:jc w:val="both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t>No encontrarme en una situación de conflicto de intereses de índole económica, política, familiar, sentimental o de otra naturaleza que puedan afectar la contratación.</w:t>
      </w:r>
    </w:p>
    <w:p w14:paraId="3C386CE5" w14:textId="77777777" w:rsidR="00A73110" w:rsidRPr="00FD5CBA" w:rsidRDefault="00A73110" w:rsidP="00A73110">
      <w:pPr>
        <w:pStyle w:val="Prrafodelista"/>
        <w:numPr>
          <w:ilvl w:val="0"/>
          <w:numId w:val="10"/>
        </w:numPr>
        <w:spacing w:after="0"/>
        <w:jc w:val="both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t xml:space="preserve">Tener conocimiento de la Ley N° 28496 “Ley que modifica el numeral 4.1 del artículo 4° y el artículo 11° de la Ley N° 27815, Ley del Código de Ética de la Función </w:t>
      </w:r>
      <w:r w:rsidRPr="00FD5CBA">
        <w:rPr>
          <w:rFonts w:ascii="Calibri" w:hAnsi="Calibri" w:cs="Calibri"/>
          <w:sz w:val="24"/>
          <w:szCs w:val="24"/>
          <w:lang w:val="es-PE"/>
        </w:rPr>
        <w:lastRenderedPageBreak/>
        <w:t>Pública, Decreto Supremo N° 033-2055-PCM, que aprueba el Reglamento de la Ley del Código de Ética de la Función Pública.</w:t>
      </w:r>
    </w:p>
    <w:p w14:paraId="00A5BF40" w14:textId="70CDD755" w:rsidR="00157D84" w:rsidRPr="00FD5CBA" w:rsidRDefault="00A73110" w:rsidP="00A73110">
      <w:pPr>
        <w:pStyle w:val="Prrafodelista"/>
        <w:numPr>
          <w:ilvl w:val="0"/>
          <w:numId w:val="10"/>
        </w:numPr>
        <w:spacing w:after="0"/>
        <w:jc w:val="both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t xml:space="preserve">Conocer las sanciones contenidas en la Ley </w:t>
      </w:r>
      <w:r w:rsidR="00CB1D36" w:rsidRPr="00FD5CBA">
        <w:rPr>
          <w:rFonts w:ascii="Calibri" w:hAnsi="Calibri" w:cs="Calibri"/>
          <w:sz w:val="24"/>
          <w:szCs w:val="24"/>
          <w:lang w:val="es-PE"/>
        </w:rPr>
        <w:t>General de Contrataciones Públicas</w:t>
      </w:r>
      <w:r w:rsidRPr="00FD5CBA">
        <w:rPr>
          <w:rFonts w:ascii="Calibri" w:hAnsi="Calibri" w:cs="Calibri"/>
          <w:sz w:val="24"/>
          <w:szCs w:val="24"/>
          <w:lang w:val="es-PE"/>
        </w:rPr>
        <w:t xml:space="preserve"> y su Reglamento, así como las disposiciones aplicables en la Ley N° 27444, Ley del Procedimiento Administrativo General.</w:t>
      </w:r>
    </w:p>
    <w:p w14:paraId="31A32BDE" w14:textId="776D2ABF" w:rsidR="00FD5CBA" w:rsidRDefault="00A73110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br/>
      </w:r>
      <w:r w:rsidR="00157D84" w:rsidRPr="00FD5CBA">
        <w:rPr>
          <w:rFonts w:ascii="Calibri" w:hAnsi="Calibri" w:cs="Calibri"/>
          <w:sz w:val="24"/>
          <w:szCs w:val="24"/>
          <w:lang w:val="es-PE"/>
        </w:rPr>
        <w:t xml:space="preserve">                                                </w:t>
      </w:r>
      <w:r w:rsidRPr="00FD5CBA">
        <w:rPr>
          <w:rFonts w:ascii="Calibri" w:hAnsi="Calibri" w:cs="Calibri"/>
          <w:sz w:val="24"/>
          <w:szCs w:val="24"/>
          <w:lang w:val="es-PE"/>
        </w:rPr>
        <w:t xml:space="preserve">                                   </w:t>
      </w:r>
    </w:p>
    <w:p w14:paraId="5A791471" w14:textId="29517667" w:rsidR="00FE215A" w:rsidRDefault="00A73110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br/>
        <w:t>__________________________________</w:t>
      </w:r>
      <w:r w:rsidRPr="00FD5CBA">
        <w:rPr>
          <w:rFonts w:ascii="Calibri" w:hAnsi="Calibri" w:cs="Calibri"/>
          <w:sz w:val="24"/>
          <w:szCs w:val="24"/>
          <w:lang w:val="es-PE"/>
        </w:rPr>
        <w:br/>
      </w:r>
      <w:r w:rsidR="00FE215A">
        <w:rPr>
          <w:rFonts w:ascii="Calibri" w:hAnsi="Calibri" w:cs="Calibri"/>
          <w:sz w:val="24"/>
          <w:szCs w:val="24"/>
          <w:lang w:val="es-PE"/>
        </w:rPr>
        <w:t xml:space="preserve">NOMBRES Y </w:t>
      </w:r>
      <w:proofErr w:type="gramStart"/>
      <w:r w:rsidR="00FE215A">
        <w:rPr>
          <w:rFonts w:ascii="Calibri" w:hAnsi="Calibri" w:cs="Calibri"/>
          <w:sz w:val="24"/>
          <w:szCs w:val="24"/>
          <w:lang w:val="es-PE"/>
        </w:rPr>
        <w:t>APELLIDOS:…</w:t>
      </w:r>
      <w:proofErr w:type="gramEnd"/>
      <w:r w:rsidR="00FE215A">
        <w:rPr>
          <w:rFonts w:ascii="Calibri" w:hAnsi="Calibri" w:cs="Calibri"/>
          <w:sz w:val="24"/>
          <w:szCs w:val="24"/>
          <w:lang w:val="es-PE"/>
        </w:rPr>
        <w:t>………………………….</w:t>
      </w:r>
    </w:p>
    <w:p w14:paraId="44FC4F85" w14:textId="4D84A953" w:rsidR="00FE215A" w:rsidRDefault="00A73110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t xml:space="preserve">DNI: </w:t>
      </w:r>
      <w:r w:rsidR="00845C8C">
        <w:rPr>
          <w:rFonts w:ascii="Calibri" w:hAnsi="Calibri" w:cs="Calibri"/>
          <w:sz w:val="24"/>
          <w:szCs w:val="24"/>
          <w:lang w:val="es-PE"/>
        </w:rPr>
        <w:t>……………………</w:t>
      </w:r>
      <w:r w:rsidR="00FE215A">
        <w:rPr>
          <w:rFonts w:ascii="Calibri" w:hAnsi="Calibri" w:cs="Calibri"/>
          <w:sz w:val="24"/>
          <w:szCs w:val="24"/>
          <w:lang w:val="es-PE"/>
        </w:rPr>
        <w:t>…………………………</w:t>
      </w:r>
      <w:proofErr w:type="gramStart"/>
      <w:r w:rsidR="00FE215A">
        <w:rPr>
          <w:rFonts w:ascii="Calibri" w:hAnsi="Calibri" w:cs="Calibri"/>
          <w:sz w:val="24"/>
          <w:szCs w:val="24"/>
          <w:lang w:val="es-PE"/>
        </w:rPr>
        <w:t>…….</w:t>
      </w:r>
      <w:proofErr w:type="gramEnd"/>
      <w:r w:rsidR="00FE215A">
        <w:rPr>
          <w:rFonts w:ascii="Calibri" w:hAnsi="Calibri" w:cs="Calibri"/>
          <w:sz w:val="24"/>
          <w:szCs w:val="24"/>
          <w:lang w:val="es-PE"/>
        </w:rPr>
        <w:t>.</w:t>
      </w:r>
    </w:p>
    <w:p w14:paraId="2C587C67" w14:textId="6D19D2DC" w:rsidR="00FE215A" w:rsidRDefault="00FE215A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  <w:r>
        <w:rPr>
          <w:rFonts w:ascii="Calibri" w:hAnsi="Calibri" w:cs="Calibri"/>
          <w:sz w:val="24"/>
          <w:szCs w:val="24"/>
          <w:lang w:val="es-PE"/>
        </w:rPr>
        <w:t xml:space="preserve">N° </w:t>
      </w:r>
      <w:proofErr w:type="gramStart"/>
      <w:r>
        <w:rPr>
          <w:rFonts w:ascii="Calibri" w:hAnsi="Calibri" w:cs="Calibri"/>
          <w:sz w:val="24"/>
          <w:szCs w:val="24"/>
          <w:lang w:val="es-PE"/>
        </w:rPr>
        <w:t>TELEFONO:…</w:t>
      </w:r>
      <w:proofErr w:type="gramEnd"/>
      <w:r>
        <w:rPr>
          <w:rFonts w:ascii="Calibri" w:hAnsi="Calibri" w:cs="Calibri"/>
          <w:sz w:val="24"/>
          <w:szCs w:val="24"/>
          <w:lang w:val="es-PE"/>
        </w:rPr>
        <w:t>……………………………………..</w:t>
      </w:r>
    </w:p>
    <w:p w14:paraId="4FBCA556" w14:textId="08416558" w:rsidR="00D83A15" w:rsidRPr="00D920D2" w:rsidRDefault="00FE215A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  <w:r w:rsidRPr="00D920D2">
        <w:rPr>
          <w:rFonts w:ascii="Calibri" w:hAnsi="Calibri" w:cs="Calibri"/>
          <w:sz w:val="24"/>
          <w:szCs w:val="24"/>
          <w:lang w:val="pt-PT"/>
        </w:rPr>
        <w:t>CORREO ELECTRONICO:…………………………..</w:t>
      </w:r>
      <w:r w:rsidR="00A73110" w:rsidRPr="00D920D2">
        <w:rPr>
          <w:rFonts w:ascii="Calibri" w:hAnsi="Calibri" w:cs="Calibri"/>
          <w:sz w:val="24"/>
          <w:szCs w:val="24"/>
          <w:lang w:val="pt-PT"/>
        </w:rPr>
        <w:br/>
      </w:r>
      <w:r w:rsidR="00A73110" w:rsidRPr="00D920D2">
        <w:rPr>
          <w:rFonts w:ascii="Calibri" w:hAnsi="Calibri" w:cs="Calibri"/>
          <w:sz w:val="24"/>
          <w:szCs w:val="24"/>
          <w:lang w:val="pt-PT"/>
        </w:rPr>
        <w:br/>
      </w:r>
    </w:p>
    <w:p w14:paraId="4FD985C2" w14:textId="66ED446F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376731D0" w14:textId="0CEECA17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3FCB7972" w14:textId="7BFEE0E1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7C06091A" w14:textId="0E9823E8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7DA63FB0" w14:textId="6DE63CEB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34BBF87C" w14:textId="2A38834A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55118A58" w14:textId="1CF5315B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05732C4E" w14:textId="2E776150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34DCFDA6" w14:textId="1CFB9D01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7BC2DEB7" w14:textId="7DE70AE3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2399A2C6" w14:textId="58064697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03CF05B2" w14:textId="5CA93A33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632A8D38" w14:textId="320DC7F7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55BD1BD5" w14:textId="52E190B2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3278E018" w14:textId="77777777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16DC6592" w14:textId="20315181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1F1095EF" w14:textId="5A54C405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00F0D7A0" w14:textId="77777777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6054BE51" w14:textId="2E16158C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204579D2" w14:textId="245F3E97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74F0DD66" w14:textId="576A9B3F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2FD2B035" w14:textId="40BE9F72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6BF7A91C" w14:textId="171F8911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2FDA0840" w14:textId="5A7B4622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463E59BF" w14:textId="6105D498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37B9ADC0" w14:textId="694B731E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0E8C33F9" w14:textId="33B2846A" w:rsidR="00F11FA5" w:rsidRPr="00D920D2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pt-PT"/>
        </w:rPr>
      </w:pPr>
    </w:p>
    <w:p w14:paraId="4AD04D89" w14:textId="77777777" w:rsidR="00F11FA5" w:rsidRPr="002C7441" w:rsidRDefault="00F11FA5">
      <w:pPr>
        <w:jc w:val="center"/>
        <w:rPr>
          <w:rFonts w:ascii="Calibri" w:hAnsi="Calibri" w:cs="Calibri"/>
        </w:rPr>
      </w:pPr>
      <w:r w:rsidRPr="002C7441">
        <w:rPr>
          <w:rFonts w:ascii="Calibri" w:hAnsi="Calibri" w:cs="Calibri"/>
          <w:b/>
        </w:rPr>
        <w:lastRenderedPageBreak/>
        <w:t>ANEXO N° 06</w:t>
      </w:r>
      <w:r w:rsidRPr="002C7441">
        <w:rPr>
          <w:rFonts w:ascii="Calibri" w:hAnsi="Calibri" w:cs="Calibri"/>
          <w:b/>
        </w:rPr>
        <w:br/>
        <w:t>FORMATO DE OFERTA ECONÓMICA</w:t>
      </w:r>
    </w:p>
    <w:p w14:paraId="343B604E" w14:textId="77777777" w:rsidR="00F11FA5" w:rsidRPr="002C7441" w:rsidRDefault="00F11FA5" w:rsidP="002C7441">
      <w:pPr>
        <w:spacing w:after="0"/>
        <w:rPr>
          <w:rFonts w:ascii="Calibri" w:hAnsi="Calibri" w:cs="Calibri"/>
        </w:rPr>
      </w:pPr>
      <w:proofErr w:type="spellStart"/>
      <w:r w:rsidRPr="002C7441">
        <w:rPr>
          <w:rFonts w:ascii="Calibri" w:hAnsi="Calibri" w:cs="Calibri"/>
        </w:rPr>
        <w:t>Señores</w:t>
      </w:r>
      <w:proofErr w:type="spellEnd"/>
      <w:r w:rsidRPr="002C7441">
        <w:rPr>
          <w:rFonts w:ascii="Calibri" w:hAnsi="Calibri" w:cs="Calibri"/>
        </w:rPr>
        <w:br/>
      </w:r>
      <w:r>
        <w:rPr>
          <w:rFonts w:ascii="Calibri" w:hAnsi="Calibri" w:cs="Calibri"/>
        </w:rPr>
        <w:t>DIRECTION REGIONAL DE EDUCATION DE UCAYALI</w:t>
      </w:r>
      <w:r w:rsidRPr="002C7441">
        <w:rPr>
          <w:rFonts w:ascii="Calibri" w:hAnsi="Calibri" w:cs="Calibri"/>
        </w:rPr>
        <w:br/>
      </w:r>
      <w:r w:rsidRPr="00157D84">
        <w:rPr>
          <w:rFonts w:ascii="Calibri" w:hAnsi="Calibri" w:cs="Calibri"/>
          <w:lang w:val="es-PE"/>
        </w:rPr>
        <w:t xml:space="preserve">Carretera Federico Basadre km. 3.800 km. </w:t>
      </w:r>
      <w:proofErr w:type="spellStart"/>
      <w:r w:rsidRPr="00157D84">
        <w:rPr>
          <w:rFonts w:ascii="Calibri" w:hAnsi="Calibri" w:cs="Calibri"/>
          <w:lang w:val="es-PE"/>
        </w:rPr>
        <w:t>Ref</w:t>
      </w:r>
      <w:proofErr w:type="spellEnd"/>
      <w:r w:rsidRPr="00157D84">
        <w:rPr>
          <w:rFonts w:ascii="Calibri" w:hAnsi="Calibri" w:cs="Calibri"/>
          <w:lang w:val="es-PE"/>
        </w:rPr>
        <w:t xml:space="preserve"> (frente al grifo Espinoza) Ucayali - Coronel Portillo – Callería</w:t>
      </w:r>
      <w:r w:rsidRPr="002C7441">
        <w:rPr>
          <w:rFonts w:ascii="Calibri" w:hAnsi="Calibri" w:cs="Calibri"/>
        </w:rPr>
        <w:br/>
      </w:r>
      <w:proofErr w:type="spellStart"/>
      <w:proofErr w:type="gramStart"/>
      <w:r w:rsidRPr="002C7441">
        <w:rPr>
          <w:rFonts w:ascii="Calibri" w:hAnsi="Calibri" w:cs="Calibri"/>
        </w:rPr>
        <w:t>Presente</w:t>
      </w:r>
      <w:proofErr w:type="spellEnd"/>
      <w:r w:rsidRPr="002C7441">
        <w:rPr>
          <w:rFonts w:ascii="Calibri" w:hAnsi="Calibri" w:cs="Calibri"/>
        </w:rPr>
        <w:t>.-</w:t>
      </w:r>
      <w:proofErr w:type="gramEnd"/>
      <w:r w:rsidRPr="002C7441">
        <w:rPr>
          <w:rFonts w:ascii="Calibri" w:hAnsi="Calibri" w:cs="Calibri"/>
        </w:rPr>
        <w:br/>
      </w:r>
      <w:r w:rsidRPr="002C7441">
        <w:rPr>
          <w:rFonts w:ascii="Calibri" w:hAnsi="Calibri" w:cs="Calibri"/>
        </w:rPr>
        <w:br/>
        <w:t xml:space="preserve">Atencio: UNIDAD DE </w:t>
      </w:r>
      <w:r>
        <w:rPr>
          <w:rFonts w:ascii="Calibri" w:hAnsi="Calibri" w:cs="Calibri"/>
        </w:rPr>
        <w:t>LOGISTICA.</w:t>
      </w:r>
      <w:r w:rsidRPr="002C7441">
        <w:rPr>
          <w:rFonts w:ascii="Calibri" w:hAnsi="Calibri" w:cs="Calibri"/>
        </w:rPr>
        <w:br/>
        <w:t xml:space="preserve">Referencia: </w:t>
      </w:r>
      <w:r>
        <w:rPr>
          <w:rFonts w:ascii="Calibri" w:hAnsi="Calibri" w:cs="Calibri"/>
        </w:rPr>
        <w:t>SERVICIO DE IMPRESION</w:t>
      </w:r>
      <w:r w:rsidRPr="002C7441">
        <w:rPr>
          <w:rFonts w:ascii="Calibri" w:hAnsi="Calibri" w:cs="Calibri"/>
        </w:rPr>
        <w:br/>
        <w:t xml:space="preserve">Es </w:t>
      </w:r>
      <w:proofErr w:type="spellStart"/>
      <w:r w:rsidRPr="002C7441">
        <w:rPr>
          <w:rFonts w:ascii="Calibri" w:hAnsi="Calibri" w:cs="Calibri"/>
        </w:rPr>
        <w:t>grato</w:t>
      </w:r>
      <w:proofErr w:type="spellEnd"/>
      <w:r w:rsidRPr="002C7441">
        <w:rPr>
          <w:rFonts w:ascii="Calibri" w:hAnsi="Calibri" w:cs="Calibri"/>
        </w:rPr>
        <w:t xml:space="preserve"> </w:t>
      </w:r>
      <w:proofErr w:type="spellStart"/>
      <w:r w:rsidRPr="002C7441">
        <w:rPr>
          <w:rFonts w:ascii="Calibri" w:hAnsi="Calibri" w:cs="Calibri"/>
        </w:rPr>
        <w:t>dirigirme</w:t>
      </w:r>
      <w:proofErr w:type="spellEnd"/>
      <w:r w:rsidRPr="002C7441">
        <w:rPr>
          <w:rFonts w:ascii="Calibri" w:hAnsi="Calibri" w:cs="Calibri"/>
        </w:rPr>
        <w:t xml:space="preserve"> a </w:t>
      </w:r>
      <w:proofErr w:type="spellStart"/>
      <w:r w:rsidRPr="002C7441">
        <w:rPr>
          <w:rFonts w:ascii="Calibri" w:hAnsi="Calibri" w:cs="Calibri"/>
        </w:rPr>
        <w:t>ustedes</w:t>
      </w:r>
      <w:proofErr w:type="spellEnd"/>
      <w:r w:rsidRPr="002C7441">
        <w:rPr>
          <w:rFonts w:ascii="Calibri" w:hAnsi="Calibri" w:cs="Calibri"/>
        </w:rPr>
        <w:t xml:space="preserve">, para </w:t>
      </w:r>
      <w:proofErr w:type="spellStart"/>
      <w:r w:rsidRPr="002C7441">
        <w:rPr>
          <w:rFonts w:ascii="Calibri" w:hAnsi="Calibri" w:cs="Calibri"/>
        </w:rPr>
        <w:t>hacer</w:t>
      </w:r>
      <w:proofErr w:type="spellEnd"/>
      <w:r w:rsidRPr="002C7441">
        <w:rPr>
          <w:rFonts w:ascii="Calibri" w:hAnsi="Calibri" w:cs="Calibri"/>
        </w:rPr>
        <w:t xml:space="preserve"> de </w:t>
      </w:r>
      <w:proofErr w:type="spellStart"/>
      <w:r w:rsidRPr="002C7441">
        <w:rPr>
          <w:rFonts w:ascii="Calibri" w:hAnsi="Calibri" w:cs="Calibri"/>
        </w:rPr>
        <w:t>su</w:t>
      </w:r>
      <w:proofErr w:type="spellEnd"/>
      <w:r w:rsidRPr="002C7441">
        <w:rPr>
          <w:rFonts w:ascii="Calibri" w:hAnsi="Calibri" w:cs="Calibri"/>
        </w:rPr>
        <w:t xml:space="preserve"> </w:t>
      </w:r>
      <w:proofErr w:type="spellStart"/>
      <w:r w:rsidRPr="002C7441">
        <w:rPr>
          <w:rFonts w:ascii="Calibri" w:hAnsi="Calibri" w:cs="Calibri"/>
        </w:rPr>
        <w:t>conocimiento</w:t>
      </w:r>
      <w:proofErr w:type="spellEnd"/>
      <w:r w:rsidRPr="002C7441">
        <w:rPr>
          <w:rFonts w:ascii="Calibri" w:hAnsi="Calibri" w:cs="Calibri"/>
        </w:rPr>
        <w:t xml:space="preserve">, que, de </w:t>
      </w:r>
      <w:proofErr w:type="spellStart"/>
      <w:r w:rsidRPr="002C7441">
        <w:rPr>
          <w:rFonts w:ascii="Calibri" w:hAnsi="Calibri" w:cs="Calibri"/>
        </w:rPr>
        <w:t>acuerdo</w:t>
      </w:r>
      <w:proofErr w:type="spellEnd"/>
      <w:r w:rsidRPr="002C7441">
        <w:rPr>
          <w:rFonts w:ascii="Calibri" w:hAnsi="Calibri" w:cs="Calibri"/>
        </w:rPr>
        <w:t xml:space="preserve"> a </w:t>
      </w:r>
      <w:proofErr w:type="spellStart"/>
      <w:r w:rsidRPr="002C7441">
        <w:rPr>
          <w:rFonts w:ascii="Calibri" w:hAnsi="Calibri" w:cs="Calibri"/>
        </w:rPr>
        <w:t>su</w:t>
      </w:r>
      <w:proofErr w:type="spellEnd"/>
      <w:r w:rsidRPr="002C7441">
        <w:rPr>
          <w:rFonts w:ascii="Calibri" w:hAnsi="Calibri" w:cs="Calibri"/>
        </w:rPr>
        <w:t xml:space="preserve"> </w:t>
      </w:r>
      <w:proofErr w:type="spellStart"/>
      <w:r w:rsidRPr="002C7441">
        <w:rPr>
          <w:rFonts w:ascii="Calibri" w:hAnsi="Calibri" w:cs="Calibri"/>
        </w:rPr>
        <w:t>solicitud</w:t>
      </w:r>
      <w:proofErr w:type="spellEnd"/>
      <w:r w:rsidRPr="002C7441">
        <w:rPr>
          <w:rFonts w:ascii="Calibri" w:hAnsi="Calibri" w:cs="Calibri"/>
        </w:rPr>
        <w:t>,</w:t>
      </w:r>
      <w:r w:rsidRPr="002C7441">
        <w:rPr>
          <w:rFonts w:ascii="Calibri" w:hAnsi="Calibri" w:cs="Calibri"/>
        </w:rPr>
        <w:br/>
        <w:t xml:space="preserve">Mi </w:t>
      </w:r>
      <w:proofErr w:type="spellStart"/>
      <w:r w:rsidRPr="002C7441">
        <w:rPr>
          <w:rFonts w:ascii="Calibri" w:hAnsi="Calibri" w:cs="Calibri"/>
        </w:rPr>
        <w:t>oferta</w:t>
      </w:r>
      <w:proofErr w:type="spellEnd"/>
      <w:r w:rsidRPr="002C7441">
        <w:rPr>
          <w:rFonts w:ascii="Calibri" w:hAnsi="Calibri" w:cs="Calibri"/>
        </w:rPr>
        <w:t xml:space="preserve"> es la </w:t>
      </w:r>
      <w:proofErr w:type="spellStart"/>
      <w:r w:rsidRPr="002C7441">
        <w:rPr>
          <w:rFonts w:ascii="Calibri" w:hAnsi="Calibri" w:cs="Calibri"/>
        </w:rPr>
        <w:t>siguiente</w:t>
      </w:r>
      <w:proofErr w:type="spellEnd"/>
      <w:r w:rsidRPr="002C7441">
        <w:rPr>
          <w:rFonts w:ascii="Calibri" w:hAnsi="Calibri" w:cs="Calibri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1418"/>
        <w:gridCol w:w="1658"/>
        <w:gridCol w:w="2157"/>
      </w:tblGrid>
      <w:tr w:rsidR="00F11FA5" w:rsidRPr="002C7441" w14:paraId="7F3D4450" w14:textId="77777777" w:rsidTr="00AC43E7">
        <w:tc>
          <w:tcPr>
            <w:tcW w:w="3397" w:type="dxa"/>
            <w:vAlign w:val="center"/>
          </w:tcPr>
          <w:p w14:paraId="64EA5A83" w14:textId="77777777" w:rsidR="00F11FA5" w:rsidRPr="002C7441" w:rsidRDefault="00F11FA5">
            <w:pPr>
              <w:rPr>
                <w:rFonts w:ascii="Calibri" w:hAnsi="Calibri" w:cs="Calibri"/>
              </w:rPr>
            </w:pPr>
            <w:r w:rsidRPr="002C7441">
              <w:rPr>
                <w:rFonts w:ascii="Calibri" w:hAnsi="Calibri" w:cs="Calibri"/>
              </w:rPr>
              <w:t>CONCEPTO</w:t>
            </w:r>
          </w:p>
        </w:tc>
        <w:tc>
          <w:tcPr>
            <w:tcW w:w="1418" w:type="dxa"/>
            <w:vAlign w:val="center"/>
          </w:tcPr>
          <w:p w14:paraId="0D9F4D0D" w14:textId="77777777" w:rsidR="00F11FA5" w:rsidRPr="002C7441" w:rsidRDefault="00F11FA5">
            <w:pPr>
              <w:rPr>
                <w:rFonts w:ascii="Calibri" w:hAnsi="Calibri" w:cs="Calibri"/>
              </w:rPr>
            </w:pPr>
            <w:r w:rsidRPr="002C7441">
              <w:rPr>
                <w:rFonts w:ascii="Calibri" w:hAnsi="Calibri" w:cs="Calibri"/>
              </w:rPr>
              <w:t>CANTIDAD</w:t>
            </w:r>
          </w:p>
        </w:tc>
        <w:tc>
          <w:tcPr>
            <w:tcW w:w="1658" w:type="dxa"/>
            <w:vAlign w:val="center"/>
          </w:tcPr>
          <w:p w14:paraId="335BB00F" w14:textId="77777777" w:rsidR="00F11FA5" w:rsidRPr="002C7441" w:rsidRDefault="00F11FA5">
            <w:pPr>
              <w:rPr>
                <w:rFonts w:ascii="Calibri" w:hAnsi="Calibri" w:cs="Calibri"/>
              </w:rPr>
            </w:pPr>
            <w:r w:rsidRPr="002C7441">
              <w:rPr>
                <w:rFonts w:ascii="Calibri" w:hAnsi="Calibri" w:cs="Calibri"/>
              </w:rPr>
              <w:t>PRECIO UNITARIO</w:t>
            </w:r>
          </w:p>
        </w:tc>
        <w:tc>
          <w:tcPr>
            <w:tcW w:w="2157" w:type="dxa"/>
            <w:vAlign w:val="center"/>
          </w:tcPr>
          <w:p w14:paraId="5F7DFC19" w14:textId="77777777" w:rsidR="00F11FA5" w:rsidRPr="002C7441" w:rsidRDefault="00F11FA5">
            <w:pPr>
              <w:rPr>
                <w:rFonts w:ascii="Calibri" w:hAnsi="Calibri" w:cs="Calibri"/>
              </w:rPr>
            </w:pPr>
            <w:r w:rsidRPr="002C7441">
              <w:rPr>
                <w:rFonts w:ascii="Calibri" w:hAnsi="Calibri" w:cs="Calibri"/>
              </w:rPr>
              <w:t>PRECIO DE LA OFERTA</w:t>
            </w:r>
          </w:p>
        </w:tc>
      </w:tr>
      <w:tr w:rsidR="00F11FA5" w:rsidRPr="002C7441" w14:paraId="056EAF63" w14:textId="77777777" w:rsidTr="00D920D2">
        <w:trPr>
          <w:trHeight w:val="649"/>
        </w:trPr>
        <w:tc>
          <w:tcPr>
            <w:tcW w:w="3397" w:type="dxa"/>
            <w:vAlign w:val="center"/>
          </w:tcPr>
          <w:p w14:paraId="6C72AD37" w14:textId="2B7F47B6" w:rsidR="00F11FA5" w:rsidRPr="002C7441" w:rsidRDefault="00F11FA5">
            <w:pPr>
              <w:rPr>
                <w:rFonts w:ascii="Calibri" w:hAnsi="Calibri" w:cs="Calibri"/>
              </w:rPr>
            </w:pPr>
          </w:p>
        </w:tc>
        <w:tc>
          <w:tcPr>
            <w:tcW w:w="1418" w:type="dxa"/>
            <w:vAlign w:val="center"/>
          </w:tcPr>
          <w:p w14:paraId="066C1670" w14:textId="1BD3B234" w:rsidR="00F11FA5" w:rsidRPr="002C7441" w:rsidRDefault="00F11FA5" w:rsidP="00AC43E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658" w:type="dxa"/>
            <w:vAlign w:val="center"/>
          </w:tcPr>
          <w:p w14:paraId="7BA5791C" w14:textId="73A7CF9B" w:rsidR="00F11FA5" w:rsidRPr="002C7441" w:rsidRDefault="00F11FA5" w:rsidP="00AC43E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57" w:type="dxa"/>
            <w:vAlign w:val="center"/>
          </w:tcPr>
          <w:p w14:paraId="162430BE" w14:textId="01D041F7" w:rsidR="00F11FA5" w:rsidRPr="002C7441" w:rsidRDefault="00F11FA5" w:rsidP="00AC43E7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024B0B96" w14:textId="77777777" w:rsidR="00F11FA5" w:rsidRPr="002C7441" w:rsidRDefault="00F11FA5">
      <w:pPr>
        <w:rPr>
          <w:rFonts w:ascii="Calibri" w:hAnsi="Calibri" w:cs="Calibri"/>
          <w:lang w:val="es-PE"/>
        </w:rPr>
      </w:pPr>
      <w:r w:rsidRPr="002C7441">
        <w:rPr>
          <w:rFonts w:ascii="Calibri" w:hAnsi="Calibri" w:cs="Calibri"/>
        </w:rPr>
        <w:br/>
      </w:r>
      <w:r w:rsidRPr="002C7441">
        <w:rPr>
          <w:rFonts w:ascii="Calibri" w:hAnsi="Calibri" w:cs="Calibri"/>
          <w:lang w:val="es-PE"/>
        </w:rPr>
        <w:t>En el caso goce alguna exoneración (indicar).</w:t>
      </w:r>
    </w:p>
    <w:p w14:paraId="140829D3" w14:textId="77777777" w:rsidR="00F11FA5" w:rsidRPr="002C7441" w:rsidRDefault="00F11FA5" w:rsidP="002C7441">
      <w:pPr>
        <w:jc w:val="both"/>
        <w:rPr>
          <w:rFonts w:ascii="Calibri" w:hAnsi="Calibri" w:cs="Calibri"/>
          <w:lang w:val="es-PE"/>
        </w:rPr>
      </w:pPr>
      <w:r w:rsidRPr="002C7441">
        <w:rPr>
          <w:rFonts w:ascii="Calibri" w:hAnsi="Calibri" w:cs="Calibri"/>
          <w:lang w:val="es-P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y/o servicios a contratar.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F11FA5" w:rsidRPr="002C7441" w14:paraId="46CD2C39" w14:textId="77777777">
        <w:tc>
          <w:tcPr>
            <w:tcW w:w="4320" w:type="dxa"/>
          </w:tcPr>
          <w:p w14:paraId="18393D34" w14:textId="77777777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  <w:r w:rsidRPr="002C7441">
              <w:rPr>
                <w:rFonts w:ascii="Calibri" w:hAnsi="Calibri" w:cs="Calibri"/>
                <w:lang w:val="es-PE"/>
              </w:rPr>
              <w:t>Plazo de ejecución del servicio</w:t>
            </w:r>
          </w:p>
        </w:tc>
        <w:tc>
          <w:tcPr>
            <w:tcW w:w="4320" w:type="dxa"/>
          </w:tcPr>
          <w:p w14:paraId="66EDAB30" w14:textId="6D448BB8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</w:p>
        </w:tc>
      </w:tr>
      <w:tr w:rsidR="00F11FA5" w:rsidRPr="002C7441" w14:paraId="037BAC43" w14:textId="77777777">
        <w:tc>
          <w:tcPr>
            <w:tcW w:w="4320" w:type="dxa"/>
          </w:tcPr>
          <w:p w14:paraId="4826741A" w14:textId="77777777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  <w:r w:rsidRPr="002C7441">
              <w:rPr>
                <w:rFonts w:ascii="Calibri" w:hAnsi="Calibri" w:cs="Calibri"/>
                <w:lang w:val="es-PE"/>
              </w:rPr>
              <w:t>Validez de la oferta (días calendario)</w:t>
            </w:r>
          </w:p>
        </w:tc>
        <w:tc>
          <w:tcPr>
            <w:tcW w:w="4320" w:type="dxa"/>
          </w:tcPr>
          <w:p w14:paraId="0640EAC8" w14:textId="5F2B8495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</w:p>
        </w:tc>
      </w:tr>
      <w:tr w:rsidR="00F11FA5" w:rsidRPr="002C7441" w14:paraId="53345D32" w14:textId="77777777">
        <w:tc>
          <w:tcPr>
            <w:tcW w:w="4320" w:type="dxa"/>
          </w:tcPr>
          <w:p w14:paraId="3A8C4342" w14:textId="77777777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  <w:r w:rsidRPr="002C7441">
              <w:rPr>
                <w:rFonts w:ascii="Calibri" w:hAnsi="Calibri" w:cs="Calibri"/>
                <w:lang w:val="es-PE"/>
              </w:rPr>
              <w:t>Forma de pago</w:t>
            </w:r>
          </w:p>
        </w:tc>
        <w:tc>
          <w:tcPr>
            <w:tcW w:w="4320" w:type="dxa"/>
          </w:tcPr>
          <w:p w14:paraId="31FD084E" w14:textId="6D4861D3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</w:p>
        </w:tc>
      </w:tr>
      <w:tr w:rsidR="00F11FA5" w:rsidRPr="002C7441" w14:paraId="0B05E5B5" w14:textId="77777777">
        <w:tc>
          <w:tcPr>
            <w:tcW w:w="4320" w:type="dxa"/>
          </w:tcPr>
          <w:p w14:paraId="1AE81E3C" w14:textId="77777777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  <w:r w:rsidRPr="002C7441">
              <w:rPr>
                <w:rFonts w:ascii="Calibri" w:hAnsi="Calibri" w:cs="Calibri"/>
                <w:lang w:val="es-PE"/>
              </w:rPr>
              <w:t>Nombre o Razón Social del Proveedor</w:t>
            </w:r>
          </w:p>
        </w:tc>
        <w:tc>
          <w:tcPr>
            <w:tcW w:w="4320" w:type="dxa"/>
          </w:tcPr>
          <w:p w14:paraId="55DC99D2" w14:textId="7F9E17BD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</w:p>
        </w:tc>
      </w:tr>
      <w:tr w:rsidR="00F11FA5" w:rsidRPr="002C7441" w14:paraId="7765938A" w14:textId="77777777">
        <w:tc>
          <w:tcPr>
            <w:tcW w:w="4320" w:type="dxa"/>
          </w:tcPr>
          <w:p w14:paraId="7C4A111D" w14:textId="77777777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  <w:r w:rsidRPr="002C7441">
              <w:rPr>
                <w:rFonts w:ascii="Calibri" w:hAnsi="Calibri" w:cs="Calibri"/>
                <w:lang w:val="es-PE"/>
              </w:rPr>
              <w:t>R.U.C. Del Proveedor</w:t>
            </w:r>
          </w:p>
        </w:tc>
        <w:tc>
          <w:tcPr>
            <w:tcW w:w="4320" w:type="dxa"/>
          </w:tcPr>
          <w:p w14:paraId="407F86DD" w14:textId="0B940062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</w:p>
        </w:tc>
      </w:tr>
      <w:tr w:rsidR="00F11FA5" w:rsidRPr="002C7441" w14:paraId="4F6A87AE" w14:textId="77777777">
        <w:tc>
          <w:tcPr>
            <w:tcW w:w="4320" w:type="dxa"/>
          </w:tcPr>
          <w:p w14:paraId="0EDA0B5F" w14:textId="77777777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  <w:r w:rsidRPr="002C7441">
              <w:rPr>
                <w:rFonts w:ascii="Calibri" w:hAnsi="Calibri" w:cs="Calibri"/>
                <w:lang w:val="es-PE"/>
              </w:rPr>
              <w:t>Domicilio Legal</w:t>
            </w:r>
          </w:p>
        </w:tc>
        <w:tc>
          <w:tcPr>
            <w:tcW w:w="4320" w:type="dxa"/>
          </w:tcPr>
          <w:p w14:paraId="5DF30743" w14:textId="67B8B9C9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</w:p>
        </w:tc>
      </w:tr>
      <w:tr w:rsidR="00F11FA5" w:rsidRPr="002C7441" w14:paraId="0B81C9CF" w14:textId="77777777">
        <w:tc>
          <w:tcPr>
            <w:tcW w:w="4320" w:type="dxa"/>
          </w:tcPr>
          <w:p w14:paraId="44E3FF18" w14:textId="77777777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  <w:r w:rsidRPr="002C7441">
              <w:rPr>
                <w:rFonts w:ascii="Calibri" w:hAnsi="Calibri" w:cs="Calibri"/>
                <w:lang w:val="es-PE"/>
              </w:rPr>
              <w:t>Correo / Teléfonos / Móvil</w:t>
            </w:r>
          </w:p>
        </w:tc>
        <w:tc>
          <w:tcPr>
            <w:tcW w:w="4320" w:type="dxa"/>
          </w:tcPr>
          <w:p w14:paraId="79BE103C" w14:textId="665CA4A5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</w:p>
        </w:tc>
      </w:tr>
    </w:tbl>
    <w:p w14:paraId="0D27AEFE" w14:textId="77777777" w:rsidR="00F11FA5" w:rsidRDefault="00F11FA5" w:rsidP="002C7441">
      <w:pPr>
        <w:ind w:left="-142"/>
        <w:rPr>
          <w:rFonts w:ascii="Calibri" w:hAnsi="Calibri" w:cs="Calibri"/>
        </w:rPr>
      </w:pPr>
      <w:proofErr w:type="spellStart"/>
      <w:r w:rsidRPr="002C7441">
        <w:rPr>
          <w:rFonts w:ascii="Calibri" w:hAnsi="Calibri" w:cs="Calibri"/>
        </w:rPr>
        <w:t>Finalmente</w:t>
      </w:r>
      <w:proofErr w:type="spellEnd"/>
      <w:r w:rsidRPr="002C7441">
        <w:rPr>
          <w:rFonts w:ascii="Calibri" w:hAnsi="Calibri" w:cs="Calibri"/>
        </w:rPr>
        <w:t xml:space="preserve">, </w:t>
      </w:r>
      <w:proofErr w:type="spellStart"/>
      <w:r w:rsidRPr="002C7441">
        <w:rPr>
          <w:rFonts w:ascii="Calibri" w:hAnsi="Calibri" w:cs="Calibri"/>
        </w:rPr>
        <w:t>preciso</w:t>
      </w:r>
      <w:proofErr w:type="spellEnd"/>
      <w:r w:rsidRPr="002C7441">
        <w:rPr>
          <w:rFonts w:ascii="Calibri" w:hAnsi="Calibri" w:cs="Calibri"/>
        </w:rPr>
        <w:t xml:space="preserve"> que </w:t>
      </w:r>
      <w:proofErr w:type="spellStart"/>
      <w:r w:rsidRPr="002C7441">
        <w:rPr>
          <w:rFonts w:ascii="Calibri" w:hAnsi="Calibri" w:cs="Calibri"/>
        </w:rPr>
        <w:t>cumplo</w:t>
      </w:r>
      <w:proofErr w:type="spellEnd"/>
      <w:r w:rsidRPr="002C7441">
        <w:rPr>
          <w:rFonts w:ascii="Calibri" w:hAnsi="Calibri" w:cs="Calibri"/>
        </w:rPr>
        <w:t xml:space="preserve"> con </w:t>
      </w:r>
      <w:proofErr w:type="spellStart"/>
      <w:r w:rsidRPr="002C7441">
        <w:rPr>
          <w:rFonts w:ascii="Calibri" w:hAnsi="Calibri" w:cs="Calibri"/>
        </w:rPr>
        <w:t>los</w:t>
      </w:r>
      <w:proofErr w:type="spellEnd"/>
      <w:r w:rsidRPr="002C7441">
        <w:rPr>
          <w:rFonts w:ascii="Calibri" w:hAnsi="Calibri" w:cs="Calibri"/>
        </w:rPr>
        <w:t xml:space="preserve"> </w:t>
      </w:r>
      <w:proofErr w:type="spellStart"/>
      <w:r w:rsidRPr="002C7441">
        <w:rPr>
          <w:rFonts w:ascii="Calibri" w:hAnsi="Calibri" w:cs="Calibri"/>
        </w:rPr>
        <w:t>términos</w:t>
      </w:r>
      <w:proofErr w:type="spellEnd"/>
      <w:r w:rsidRPr="002C7441">
        <w:rPr>
          <w:rFonts w:ascii="Calibri" w:hAnsi="Calibri" w:cs="Calibri"/>
        </w:rPr>
        <w:t xml:space="preserve"> de </w:t>
      </w:r>
      <w:proofErr w:type="spellStart"/>
      <w:r w:rsidRPr="002C7441">
        <w:rPr>
          <w:rFonts w:ascii="Calibri" w:hAnsi="Calibri" w:cs="Calibri"/>
        </w:rPr>
        <w:t>referencia</w:t>
      </w:r>
      <w:proofErr w:type="spellEnd"/>
      <w:r w:rsidRPr="002C7441">
        <w:rPr>
          <w:rFonts w:ascii="Calibri" w:hAnsi="Calibri" w:cs="Calibri"/>
        </w:rPr>
        <w:t xml:space="preserve"> y/o </w:t>
      </w:r>
      <w:proofErr w:type="spellStart"/>
      <w:r w:rsidRPr="002C7441">
        <w:rPr>
          <w:rFonts w:ascii="Calibri" w:hAnsi="Calibri" w:cs="Calibri"/>
        </w:rPr>
        <w:t>especificaciones</w:t>
      </w:r>
      <w:proofErr w:type="spellEnd"/>
      <w:r w:rsidRPr="002C7441">
        <w:rPr>
          <w:rFonts w:ascii="Calibri" w:hAnsi="Calibri" w:cs="Calibri"/>
        </w:rPr>
        <w:t xml:space="preserve"> </w:t>
      </w:r>
      <w:proofErr w:type="spellStart"/>
      <w:r w:rsidRPr="002C7441">
        <w:rPr>
          <w:rFonts w:ascii="Calibri" w:hAnsi="Calibri" w:cs="Calibri"/>
        </w:rPr>
        <w:t>técnicas</w:t>
      </w:r>
      <w:proofErr w:type="spellEnd"/>
      <w:r w:rsidRPr="002C7441">
        <w:rPr>
          <w:rFonts w:ascii="Calibri" w:hAnsi="Calibri" w:cs="Calibri"/>
        </w:rPr>
        <w:t xml:space="preserve"> </w:t>
      </w:r>
      <w:proofErr w:type="spellStart"/>
      <w:r w:rsidRPr="002C7441">
        <w:rPr>
          <w:rFonts w:ascii="Calibri" w:hAnsi="Calibri" w:cs="Calibri"/>
        </w:rPr>
        <w:t>establecidas</w:t>
      </w:r>
      <w:proofErr w:type="spellEnd"/>
      <w:r w:rsidRPr="002C7441">
        <w:rPr>
          <w:rFonts w:ascii="Calibri" w:hAnsi="Calibri" w:cs="Calibri"/>
        </w:rPr>
        <w:t xml:space="preserve"> para la </w:t>
      </w:r>
      <w:proofErr w:type="spellStart"/>
      <w:r w:rsidRPr="002C7441">
        <w:rPr>
          <w:rFonts w:ascii="Calibri" w:hAnsi="Calibri" w:cs="Calibri"/>
        </w:rPr>
        <w:t>citada</w:t>
      </w:r>
      <w:proofErr w:type="spellEnd"/>
      <w:r w:rsidRPr="002C7441">
        <w:rPr>
          <w:rFonts w:ascii="Calibri" w:hAnsi="Calibri" w:cs="Calibri"/>
        </w:rPr>
        <w:t xml:space="preserve"> </w:t>
      </w:r>
      <w:proofErr w:type="spellStart"/>
      <w:r w:rsidRPr="002C7441">
        <w:rPr>
          <w:rFonts w:ascii="Calibri" w:hAnsi="Calibri" w:cs="Calibri"/>
        </w:rPr>
        <w:t>prestación</w:t>
      </w:r>
      <w:proofErr w:type="spellEnd"/>
      <w:r w:rsidRPr="002C7441">
        <w:rPr>
          <w:rFonts w:ascii="Calibri" w:hAnsi="Calibri" w:cs="Calibri"/>
        </w:rPr>
        <w:t xml:space="preserve">, a </w:t>
      </w:r>
      <w:proofErr w:type="spellStart"/>
      <w:r w:rsidRPr="002C7441">
        <w:rPr>
          <w:rFonts w:ascii="Calibri" w:hAnsi="Calibri" w:cs="Calibri"/>
        </w:rPr>
        <w:t>los</w:t>
      </w:r>
      <w:proofErr w:type="spellEnd"/>
      <w:r w:rsidRPr="002C7441">
        <w:rPr>
          <w:rFonts w:ascii="Calibri" w:hAnsi="Calibri" w:cs="Calibri"/>
        </w:rPr>
        <w:t xml:space="preserve"> </w:t>
      </w:r>
      <w:proofErr w:type="spellStart"/>
      <w:r w:rsidRPr="002C7441">
        <w:rPr>
          <w:rFonts w:ascii="Calibri" w:hAnsi="Calibri" w:cs="Calibri"/>
        </w:rPr>
        <w:t>cuales</w:t>
      </w:r>
      <w:proofErr w:type="spellEnd"/>
      <w:r w:rsidRPr="002C7441">
        <w:rPr>
          <w:rFonts w:ascii="Calibri" w:hAnsi="Calibri" w:cs="Calibri"/>
        </w:rPr>
        <w:t xml:space="preserve"> me </w:t>
      </w:r>
      <w:proofErr w:type="spellStart"/>
      <w:r w:rsidRPr="002C7441">
        <w:rPr>
          <w:rFonts w:ascii="Calibri" w:hAnsi="Calibri" w:cs="Calibri"/>
        </w:rPr>
        <w:t>someto</w:t>
      </w:r>
      <w:proofErr w:type="spellEnd"/>
      <w:r w:rsidRPr="002C7441">
        <w:rPr>
          <w:rFonts w:ascii="Calibri" w:hAnsi="Calibri" w:cs="Calibri"/>
        </w:rPr>
        <w:t xml:space="preserve"> </w:t>
      </w:r>
      <w:proofErr w:type="spellStart"/>
      <w:r w:rsidRPr="002C7441">
        <w:rPr>
          <w:rFonts w:ascii="Calibri" w:hAnsi="Calibri" w:cs="Calibri"/>
        </w:rPr>
        <w:t>en</w:t>
      </w:r>
      <w:proofErr w:type="spellEnd"/>
      <w:r w:rsidRPr="002C7441">
        <w:rPr>
          <w:rFonts w:ascii="Calibri" w:hAnsi="Calibri" w:cs="Calibri"/>
        </w:rPr>
        <w:t xml:space="preserve"> </w:t>
      </w:r>
      <w:proofErr w:type="spellStart"/>
      <w:r w:rsidRPr="002C7441">
        <w:rPr>
          <w:rFonts w:ascii="Calibri" w:hAnsi="Calibri" w:cs="Calibri"/>
        </w:rPr>
        <w:t>su</w:t>
      </w:r>
      <w:proofErr w:type="spellEnd"/>
      <w:r w:rsidRPr="002C7441">
        <w:rPr>
          <w:rFonts w:ascii="Calibri" w:hAnsi="Calibri" w:cs="Calibri"/>
        </w:rPr>
        <w:t xml:space="preserve"> </w:t>
      </w:r>
      <w:proofErr w:type="spellStart"/>
      <w:r w:rsidRPr="002C7441">
        <w:rPr>
          <w:rFonts w:ascii="Calibri" w:hAnsi="Calibri" w:cs="Calibri"/>
        </w:rPr>
        <w:t>integridad</w:t>
      </w:r>
      <w:proofErr w:type="spellEnd"/>
      <w:r w:rsidRPr="002C7441">
        <w:rPr>
          <w:rFonts w:ascii="Calibri" w:hAnsi="Calibri" w:cs="Calibri"/>
        </w:rPr>
        <w:t>.</w:t>
      </w:r>
    </w:p>
    <w:p w14:paraId="467100DE" w14:textId="77777777" w:rsidR="00F11FA5" w:rsidRDefault="00F11FA5" w:rsidP="002C7441">
      <w:pPr>
        <w:spacing w:after="0"/>
        <w:jc w:val="right"/>
        <w:rPr>
          <w:rFonts w:ascii="Calibri" w:hAnsi="Calibri" w:cs="Calibri"/>
        </w:rPr>
      </w:pPr>
      <w:r w:rsidRPr="002C7441">
        <w:rPr>
          <w:rFonts w:ascii="Calibri" w:hAnsi="Calibri" w:cs="Calibri"/>
        </w:rPr>
        <w:br/>
        <w:t xml:space="preserve">Pucallpa, </w:t>
      </w:r>
      <w:r>
        <w:rPr>
          <w:rFonts w:ascii="Calibri" w:hAnsi="Calibri" w:cs="Calibri"/>
        </w:rPr>
        <w:t>25 de mayo de 2026</w:t>
      </w:r>
    </w:p>
    <w:p w14:paraId="783B2022" w14:textId="77777777" w:rsidR="00F11FA5" w:rsidRDefault="00F11FA5" w:rsidP="002C7441">
      <w:pPr>
        <w:spacing w:after="0"/>
        <w:jc w:val="right"/>
        <w:rPr>
          <w:rFonts w:ascii="Calibri" w:hAnsi="Calibri" w:cs="Calibri"/>
        </w:rPr>
      </w:pPr>
    </w:p>
    <w:p w14:paraId="0D83528D" w14:textId="77777777" w:rsidR="00D920D2" w:rsidRDefault="00D920D2" w:rsidP="002C7441">
      <w:pPr>
        <w:spacing w:after="0"/>
        <w:jc w:val="right"/>
        <w:rPr>
          <w:rFonts w:ascii="Calibri" w:hAnsi="Calibri" w:cs="Calibri"/>
        </w:rPr>
      </w:pPr>
    </w:p>
    <w:p w14:paraId="3A0D8502" w14:textId="77777777" w:rsidR="00D920D2" w:rsidRDefault="00D920D2" w:rsidP="002C7441">
      <w:pPr>
        <w:spacing w:after="0"/>
        <w:jc w:val="right"/>
        <w:rPr>
          <w:rFonts w:ascii="Calibri" w:hAnsi="Calibri" w:cs="Calibri"/>
        </w:rPr>
      </w:pPr>
    </w:p>
    <w:p w14:paraId="2EDD0D06" w14:textId="77777777" w:rsidR="00D920D2" w:rsidRDefault="00D920D2" w:rsidP="002C7441">
      <w:pPr>
        <w:spacing w:after="0"/>
        <w:jc w:val="right"/>
        <w:rPr>
          <w:rFonts w:ascii="Calibri" w:hAnsi="Calibri" w:cs="Calibri"/>
        </w:rPr>
      </w:pPr>
    </w:p>
    <w:p w14:paraId="0F4CB03D" w14:textId="77777777" w:rsidR="00F11FA5" w:rsidRDefault="00F11FA5" w:rsidP="002C7441">
      <w:pPr>
        <w:spacing w:after="0"/>
        <w:jc w:val="center"/>
        <w:rPr>
          <w:rFonts w:ascii="Calibri" w:hAnsi="Calibri" w:cs="Calibri"/>
        </w:rPr>
      </w:pPr>
      <w:r w:rsidRPr="002C7441">
        <w:rPr>
          <w:rFonts w:ascii="Calibri" w:hAnsi="Calibri" w:cs="Calibri"/>
        </w:rPr>
        <w:t>..............................................................</w:t>
      </w:r>
    </w:p>
    <w:p w14:paraId="2C0B1CF8" w14:textId="77777777" w:rsidR="00F11FA5" w:rsidRDefault="00F11FA5" w:rsidP="00A00271">
      <w:pPr>
        <w:spacing w:after="0"/>
        <w:jc w:val="center"/>
        <w:rPr>
          <w:rFonts w:ascii="Calibri" w:hAnsi="Calibri" w:cs="Calibri"/>
          <w:b/>
          <w:lang w:val="es-PE"/>
        </w:rPr>
      </w:pPr>
      <w:r w:rsidRPr="00FE077B">
        <w:rPr>
          <w:rFonts w:ascii="Calibri" w:hAnsi="Calibri" w:cs="Calibri"/>
          <w:b/>
          <w:lang w:val="es-PE"/>
        </w:rPr>
        <w:lastRenderedPageBreak/>
        <w:t>ANEXO N° 07</w:t>
      </w:r>
      <w:r w:rsidRPr="00FE077B">
        <w:rPr>
          <w:rFonts w:ascii="Calibri" w:hAnsi="Calibri" w:cs="Calibri"/>
          <w:b/>
          <w:lang w:val="es-PE"/>
        </w:rPr>
        <w:br/>
        <w:t>FORMATO DE CARTA – AUTORIZACIÓN</w:t>
      </w:r>
      <w:r w:rsidRPr="00FE077B">
        <w:rPr>
          <w:rFonts w:ascii="Calibri" w:hAnsi="Calibri" w:cs="Calibri"/>
          <w:b/>
          <w:lang w:val="es-PE"/>
        </w:rPr>
        <w:br/>
        <w:t>(PARA EL PAGO CON ABONO EN LA CUENTA BANCARIA DEL PROVEEDOR)</w:t>
      </w:r>
    </w:p>
    <w:p w14:paraId="416328BD" w14:textId="77777777" w:rsidR="00F11FA5" w:rsidRPr="00FE077B" w:rsidRDefault="00F11FA5" w:rsidP="00A00271">
      <w:pPr>
        <w:spacing w:after="0"/>
        <w:jc w:val="center"/>
        <w:rPr>
          <w:rFonts w:ascii="Calibri" w:hAnsi="Calibri" w:cs="Calibri"/>
          <w:lang w:val="es-PE"/>
        </w:rPr>
      </w:pPr>
    </w:p>
    <w:p w14:paraId="141EC1EA" w14:textId="77777777" w:rsidR="00F11FA5" w:rsidRPr="00FE077B" w:rsidRDefault="00F11FA5" w:rsidP="00A00271">
      <w:pPr>
        <w:spacing w:after="0"/>
        <w:rPr>
          <w:rFonts w:ascii="Calibri" w:hAnsi="Calibri" w:cs="Calibri"/>
          <w:lang w:val="es-PE"/>
        </w:rPr>
      </w:pPr>
      <w:r w:rsidRPr="00FE077B">
        <w:rPr>
          <w:rFonts w:ascii="Calibri" w:hAnsi="Calibri" w:cs="Calibri"/>
          <w:lang w:val="es-PE"/>
        </w:rPr>
        <w:br/>
        <w:t>PUCALLPA</w:t>
      </w:r>
      <w:r>
        <w:rPr>
          <w:rFonts w:ascii="Calibri" w:hAnsi="Calibri" w:cs="Calibri"/>
          <w:lang w:val="es-PE"/>
        </w:rPr>
        <w:t>, ………………………………………</w:t>
      </w:r>
      <w:proofErr w:type="gramStart"/>
      <w:r>
        <w:rPr>
          <w:rFonts w:ascii="Calibri" w:hAnsi="Calibri" w:cs="Calibri"/>
          <w:lang w:val="es-PE"/>
        </w:rPr>
        <w:t>…….</w:t>
      </w:r>
      <w:proofErr w:type="gramEnd"/>
      <w:r w:rsidRPr="00FE077B">
        <w:rPr>
          <w:rFonts w:ascii="Calibri" w:hAnsi="Calibri" w:cs="Calibri"/>
          <w:lang w:val="es-PE"/>
        </w:rPr>
        <w:br/>
      </w:r>
      <w:r w:rsidRPr="00FE077B">
        <w:rPr>
          <w:rFonts w:ascii="Calibri" w:hAnsi="Calibri" w:cs="Calibri"/>
          <w:lang w:val="es-PE"/>
        </w:rPr>
        <w:br/>
        <w:t>SEÑOR:</w:t>
      </w:r>
      <w:r w:rsidRPr="00FE077B">
        <w:rPr>
          <w:rFonts w:ascii="Calibri" w:hAnsi="Calibri" w:cs="Calibri"/>
          <w:lang w:val="es-PE"/>
        </w:rPr>
        <w:br/>
        <w:t>DIRECCIÓN REGIONAL DE EDUCACIÓN DE UCAYALI</w:t>
      </w:r>
      <w:r w:rsidRPr="00FE077B">
        <w:rPr>
          <w:rFonts w:ascii="Calibri" w:hAnsi="Calibri" w:cs="Calibri"/>
          <w:lang w:val="es-PE"/>
        </w:rPr>
        <w:br/>
        <w:t xml:space="preserve">Carretera Federico Basadre km. 3.800 km. </w:t>
      </w:r>
      <w:proofErr w:type="spellStart"/>
      <w:r w:rsidRPr="00FE077B">
        <w:rPr>
          <w:rFonts w:ascii="Calibri" w:hAnsi="Calibri" w:cs="Calibri"/>
          <w:lang w:val="es-PE"/>
        </w:rPr>
        <w:t>Ref</w:t>
      </w:r>
      <w:proofErr w:type="spellEnd"/>
      <w:r w:rsidRPr="00FE077B">
        <w:rPr>
          <w:rFonts w:ascii="Calibri" w:hAnsi="Calibri" w:cs="Calibri"/>
          <w:lang w:val="es-PE"/>
        </w:rPr>
        <w:t xml:space="preserve"> (frente al grifo Espinoza) Ucayali - Coronel Portillo – Callería</w:t>
      </w:r>
      <w:r w:rsidRPr="00FE077B">
        <w:rPr>
          <w:rFonts w:ascii="Calibri" w:hAnsi="Calibri" w:cs="Calibri"/>
          <w:lang w:val="es-PE"/>
        </w:rPr>
        <w:br/>
        <w:t>Presente.-</w:t>
      </w:r>
      <w:r w:rsidRPr="00FE077B">
        <w:rPr>
          <w:rFonts w:ascii="Calibri" w:hAnsi="Calibri" w:cs="Calibri"/>
          <w:lang w:val="es-PE"/>
        </w:rPr>
        <w:br/>
      </w:r>
      <w:r w:rsidRPr="00FE077B">
        <w:rPr>
          <w:rFonts w:ascii="Calibri" w:hAnsi="Calibri" w:cs="Calibri"/>
          <w:lang w:val="es-PE"/>
        </w:rPr>
        <w:br/>
        <w:t>Atención</w:t>
      </w:r>
      <w:r>
        <w:rPr>
          <w:rFonts w:ascii="Calibri" w:hAnsi="Calibri" w:cs="Calibri"/>
          <w:lang w:val="es-PE"/>
        </w:rPr>
        <w:t xml:space="preserve">          </w:t>
      </w:r>
      <w:r w:rsidRPr="00FE077B">
        <w:rPr>
          <w:rFonts w:ascii="Calibri" w:hAnsi="Calibri" w:cs="Calibri"/>
          <w:lang w:val="es-PE"/>
        </w:rPr>
        <w:t xml:space="preserve">:        </w:t>
      </w:r>
      <w:r>
        <w:rPr>
          <w:rFonts w:ascii="Calibri" w:hAnsi="Calibri" w:cs="Calibri"/>
          <w:lang w:val="es-PE"/>
        </w:rPr>
        <w:t>UNIDAD DE LOGÍSTICA</w:t>
      </w:r>
      <w:r w:rsidRPr="00FE077B">
        <w:rPr>
          <w:rFonts w:ascii="Calibri" w:hAnsi="Calibri" w:cs="Calibri"/>
          <w:lang w:val="es-PE"/>
        </w:rPr>
        <w:br/>
      </w:r>
      <w:r w:rsidRPr="00FE077B">
        <w:rPr>
          <w:rFonts w:ascii="Calibri" w:hAnsi="Calibri" w:cs="Calibri"/>
          <w:lang w:val="es-PE"/>
        </w:rPr>
        <w:br/>
        <w:t>ASUNTO           :        AUTORIZACIÓN PARA EL PAGO CON ABONOS EN CUENTA</w:t>
      </w:r>
      <w:r w:rsidRPr="00FE077B">
        <w:rPr>
          <w:rFonts w:ascii="Calibri" w:hAnsi="Calibri" w:cs="Calibri"/>
          <w:lang w:val="es-PE"/>
        </w:rPr>
        <w:br/>
      </w:r>
      <w:r w:rsidRPr="00FE077B">
        <w:rPr>
          <w:rFonts w:ascii="Calibri" w:hAnsi="Calibri" w:cs="Calibri"/>
          <w:lang w:val="es-PE"/>
        </w:rPr>
        <w:br/>
        <w:t>Por medio de la presente, comunico a Ud. que el número del Código de Cuenta Interbancario (CCI) es:</w:t>
      </w:r>
    </w:p>
    <w:tbl>
      <w:tblPr>
        <w:tblStyle w:val="Tablaconcuadrcula"/>
        <w:tblW w:w="8598" w:type="dxa"/>
        <w:tblLook w:val="04A0" w:firstRow="1" w:lastRow="0" w:firstColumn="1" w:lastColumn="0" w:noHBand="0" w:noVBand="1"/>
      </w:tblPr>
      <w:tblGrid>
        <w:gridCol w:w="2448"/>
        <w:gridCol w:w="3076"/>
        <w:gridCol w:w="1559"/>
        <w:gridCol w:w="1515"/>
      </w:tblGrid>
      <w:tr w:rsidR="00F11FA5" w:rsidRPr="00FE077B" w14:paraId="58D7D7C2" w14:textId="77777777" w:rsidTr="002D389F">
        <w:trPr>
          <w:trHeight w:val="435"/>
        </w:trPr>
        <w:tc>
          <w:tcPr>
            <w:tcW w:w="2448" w:type="dxa"/>
            <w:vAlign w:val="center"/>
          </w:tcPr>
          <w:p w14:paraId="7B01ED05" w14:textId="77777777" w:rsidR="00F11FA5" w:rsidRPr="00A00271" w:rsidRDefault="00F11FA5" w:rsidP="00A00271">
            <w:pPr>
              <w:jc w:val="center"/>
              <w:rPr>
                <w:rFonts w:ascii="Calibri" w:hAnsi="Calibri" w:cs="Calibri"/>
                <w:b/>
                <w:bCs/>
                <w:lang w:val="es-PE"/>
              </w:rPr>
            </w:pPr>
            <w:r w:rsidRPr="00A00271">
              <w:rPr>
                <w:rFonts w:ascii="Calibri" w:hAnsi="Calibri" w:cs="Calibri"/>
                <w:b/>
                <w:bCs/>
                <w:lang w:val="es-PE"/>
              </w:rPr>
              <w:t>N° CCI 1</w:t>
            </w:r>
          </w:p>
        </w:tc>
        <w:tc>
          <w:tcPr>
            <w:tcW w:w="3076" w:type="dxa"/>
            <w:vAlign w:val="center"/>
          </w:tcPr>
          <w:p w14:paraId="13EECFCE" w14:textId="77777777" w:rsidR="00F11FA5" w:rsidRPr="00A00271" w:rsidRDefault="00F11FA5" w:rsidP="00A00271">
            <w:pPr>
              <w:jc w:val="center"/>
              <w:rPr>
                <w:rFonts w:ascii="Calibri" w:hAnsi="Calibri" w:cs="Calibri"/>
                <w:b/>
                <w:bCs/>
                <w:lang w:val="es-PE"/>
              </w:rPr>
            </w:pPr>
          </w:p>
        </w:tc>
        <w:tc>
          <w:tcPr>
            <w:tcW w:w="1559" w:type="dxa"/>
            <w:vAlign w:val="center"/>
          </w:tcPr>
          <w:p w14:paraId="4BA6D665" w14:textId="77777777" w:rsidR="00F11FA5" w:rsidRPr="00A00271" w:rsidRDefault="00F11FA5" w:rsidP="00A00271">
            <w:pPr>
              <w:jc w:val="center"/>
              <w:rPr>
                <w:rFonts w:ascii="Calibri" w:hAnsi="Calibri" w:cs="Calibri"/>
                <w:b/>
                <w:bCs/>
                <w:lang w:val="es-PE"/>
              </w:rPr>
            </w:pPr>
            <w:r w:rsidRPr="00A00271">
              <w:rPr>
                <w:rFonts w:ascii="Calibri" w:hAnsi="Calibri" w:cs="Calibri"/>
                <w:b/>
                <w:bCs/>
                <w:lang w:val="es-PE"/>
              </w:rPr>
              <w:t>Banco</w:t>
            </w:r>
          </w:p>
        </w:tc>
        <w:tc>
          <w:tcPr>
            <w:tcW w:w="1515" w:type="dxa"/>
            <w:vAlign w:val="center"/>
          </w:tcPr>
          <w:p w14:paraId="5A7BC23F" w14:textId="77777777" w:rsidR="00F11FA5" w:rsidRPr="00A00271" w:rsidRDefault="00F11FA5" w:rsidP="00A00271">
            <w:pPr>
              <w:jc w:val="center"/>
              <w:rPr>
                <w:rFonts w:ascii="Calibri" w:hAnsi="Calibri" w:cs="Calibri"/>
                <w:b/>
                <w:bCs/>
                <w:lang w:val="es-PE"/>
              </w:rPr>
            </w:pPr>
            <w:r>
              <w:rPr>
                <w:rFonts w:ascii="Calibri" w:hAnsi="Calibri" w:cs="Calibri"/>
                <w:b/>
                <w:bCs/>
                <w:lang w:val="es-PE"/>
              </w:rPr>
              <w:t>BCP</w:t>
            </w:r>
          </w:p>
        </w:tc>
      </w:tr>
      <w:tr w:rsidR="00F11FA5" w:rsidRPr="00FE077B" w14:paraId="45BE7954" w14:textId="77777777" w:rsidTr="002D389F">
        <w:trPr>
          <w:trHeight w:val="422"/>
        </w:trPr>
        <w:tc>
          <w:tcPr>
            <w:tcW w:w="2448" w:type="dxa"/>
            <w:vAlign w:val="center"/>
          </w:tcPr>
          <w:p w14:paraId="6B7D0464" w14:textId="77777777" w:rsidR="00F11FA5" w:rsidRPr="00FE077B" w:rsidRDefault="00F11FA5" w:rsidP="00A00271">
            <w:pPr>
              <w:rPr>
                <w:rFonts w:ascii="Calibri" w:hAnsi="Calibri" w:cs="Calibri"/>
                <w:lang w:val="es-PE"/>
              </w:rPr>
            </w:pPr>
          </w:p>
        </w:tc>
        <w:tc>
          <w:tcPr>
            <w:tcW w:w="3076" w:type="dxa"/>
            <w:vAlign w:val="center"/>
          </w:tcPr>
          <w:p w14:paraId="361E6524" w14:textId="77777777" w:rsidR="00F11FA5" w:rsidRPr="00FE077B" w:rsidRDefault="00F11FA5" w:rsidP="00A00271">
            <w:pPr>
              <w:rPr>
                <w:rFonts w:ascii="Calibri" w:hAnsi="Calibri" w:cs="Calibri"/>
                <w:lang w:val="es-PE"/>
              </w:rPr>
            </w:pPr>
          </w:p>
        </w:tc>
        <w:tc>
          <w:tcPr>
            <w:tcW w:w="1559" w:type="dxa"/>
            <w:vAlign w:val="center"/>
          </w:tcPr>
          <w:p w14:paraId="471AF6CF" w14:textId="77777777" w:rsidR="00F11FA5" w:rsidRPr="00FE077B" w:rsidRDefault="00F11FA5" w:rsidP="00F748E6">
            <w:pPr>
              <w:rPr>
                <w:rFonts w:ascii="Calibri" w:hAnsi="Calibri" w:cs="Calibri"/>
                <w:lang w:val="es-PE"/>
              </w:rPr>
            </w:pPr>
          </w:p>
        </w:tc>
        <w:tc>
          <w:tcPr>
            <w:tcW w:w="1515" w:type="dxa"/>
            <w:vAlign w:val="center"/>
          </w:tcPr>
          <w:p w14:paraId="707B5024" w14:textId="77777777" w:rsidR="00F11FA5" w:rsidRPr="00FE077B" w:rsidRDefault="00F11FA5" w:rsidP="00A00271">
            <w:pPr>
              <w:rPr>
                <w:rFonts w:ascii="Calibri" w:hAnsi="Calibri" w:cs="Calibri"/>
                <w:lang w:val="es-PE"/>
              </w:rPr>
            </w:pPr>
          </w:p>
        </w:tc>
      </w:tr>
      <w:tr w:rsidR="00F11FA5" w:rsidRPr="00FE077B" w14:paraId="608A005F" w14:textId="77777777" w:rsidTr="00A00271">
        <w:trPr>
          <w:trHeight w:val="257"/>
        </w:trPr>
        <w:tc>
          <w:tcPr>
            <w:tcW w:w="8598" w:type="dxa"/>
            <w:gridSpan w:val="4"/>
            <w:vAlign w:val="center"/>
          </w:tcPr>
          <w:p w14:paraId="374155EC" w14:textId="77777777" w:rsidR="00F11FA5" w:rsidRPr="00FE077B" w:rsidRDefault="00F11FA5" w:rsidP="00A00271">
            <w:pPr>
              <w:rPr>
                <w:rFonts w:ascii="Calibri" w:hAnsi="Calibri" w:cs="Calibri"/>
                <w:lang w:val="es-PE"/>
              </w:rPr>
            </w:pPr>
            <w:r w:rsidRPr="00FE077B">
              <w:rPr>
                <w:rFonts w:ascii="Calibri" w:hAnsi="Calibri" w:cs="Calibri"/>
                <w:lang w:val="es-PE"/>
              </w:rPr>
              <w:t>NOTA: La omisión de alguno de los datos solicitados considera no válida la cotización</w:t>
            </w:r>
          </w:p>
        </w:tc>
      </w:tr>
    </w:tbl>
    <w:p w14:paraId="293D1AD9" w14:textId="77777777" w:rsidR="00F11FA5" w:rsidRDefault="00F11FA5" w:rsidP="00A00271">
      <w:pPr>
        <w:spacing w:after="0"/>
        <w:jc w:val="both"/>
        <w:rPr>
          <w:rFonts w:ascii="Calibri" w:hAnsi="Calibri" w:cs="Calibri"/>
          <w:lang w:val="es-PE"/>
        </w:rPr>
      </w:pPr>
      <w:r w:rsidRPr="00FE077B">
        <w:rPr>
          <w:rFonts w:ascii="Calibri" w:hAnsi="Calibri" w:cs="Calibri"/>
          <w:lang w:val="es-PE"/>
        </w:rPr>
        <w:t>Agradeciéndole se sirva disponer lo conveniente para que los pagos sean abonados en la cuenta que corresponde al indicado CCI.</w:t>
      </w:r>
    </w:p>
    <w:p w14:paraId="283BC49C" w14:textId="77777777" w:rsidR="00F11FA5" w:rsidRPr="00FE077B" w:rsidRDefault="00F11FA5" w:rsidP="00A00271">
      <w:pPr>
        <w:spacing w:after="0"/>
        <w:rPr>
          <w:rFonts w:ascii="Calibri" w:hAnsi="Calibri" w:cs="Calibri"/>
          <w:lang w:val="es-PE"/>
        </w:rPr>
      </w:pPr>
      <w:r w:rsidRPr="00FE077B">
        <w:rPr>
          <w:rFonts w:ascii="Calibri" w:hAnsi="Calibri" w:cs="Calibri"/>
          <w:lang w:val="es-PE"/>
        </w:rPr>
        <w:br/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  <w:r w:rsidRPr="00FE077B">
        <w:rPr>
          <w:rFonts w:ascii="Calibri" w:hAnsi="Calibri" w:cs="Calibri"/>
          <w:lang w:val="es-PE"/>
        </w:rPr>
        <w:br/>
      </w:r>
      <w:r w:rsidRPr="00FE077B">
        <w:rPr>
          <w:rFonts w:ascii="Calibri" w:hAnsi="Calibri" w:cs="Calibri"/>
          <w:lang w:val="es-PE"/>
        </w:rPr>
        <w:br/>
        <w:t xml:space="preserve">Pucallpa, </w:t>
      </w:r>
      <w:r>
        <w:rPr>
          <w:rFonts w:ascii="Calibri" w:hAnsi="Calibri" w:cs="Calibri"/>
          <w:lang w:val="es-PE"/>
        </w:rPr>
        <w:t>………………………………………</w:t>
      </w:r>
    </w:p>
    <w:p w14:paraId="47E5C786" w14:textId="1DEA18D4" w:rsidR="00F11FA5" w:rsidRPr="00FE077B" w:rsidRDefault="00F11FA5" w:rsidP="00A00271">
      <w:pPr>
        <w:spacing w:after="0"/>
        <w:jc w:val="center"/>
        <w:rPr>
          <w:rFonts w:ascii="Calibri" w:hAnsi="Calibri" w:cs="Calibri"/>
          <w:lang w:val="es-PE"/>
        </w:rPr>
      </w:pPr>
      <w:r w:rsidRPr="00FE077B">
        <w:rPr>
          <w:rFonts w:ascii="Calibri" w:hAnsi="Calibri" w:cs="Calibri"/>
          <w:lang w:val="es-PE"/>
        </w:rPr>
        <w:t>.............................................................</w:t>
      </w:r>
      <w:r>
        <w:rPr>
          <w:rFonts w:ascii="Calibri" w:hAnsi="Calibri" w:cs="Calibri"/>
          <w:lang w:val="es-PE"/>
        </w:rPr>
        <w:t>.................</w:t>
      </w:r>
      <w:r w:rsidRPr="00FE077B">
        <w:rPr>
          <w:rFonts w:ascii="Calibri" w:hAnsi="Calibri" w:cs="Calibri"/>
          <w:lang w:val="es-PE"/>
        </w:rPr>
        <w:t>.</w:t>
      </w:r>
    </w:p>
    <w:p w14:paraId="55243E50" w14:textId="77777777" w:rsidR="00F11FA5" w:rsidRDefault="00F11FA5" w:rsidP="00A00271">
      <w:pPr>
        <w:spacing w:after="0"/>
        <w:jc w:val="center"/>
        <w:rPr>
          <w:rFonts w:ascii="Calibri" w:hAnsi="Calibri" w:cs="Calibri"/>
          <w:lang w:val="es-PE"/>
        </w:rPr>
      </w:pPr>
      <w:r>
        <w:rPr>
          <w:rFonts w:ascii="Calibri" w:hAnsi="Calibri" w:cs="Calibri"/>
          <w:lang w:val="es-PE"/>
        </w:rPr>
        <w:t>FIRMA DEL PROVEEDOR O DE SU REPRESENTANTE LEGAL</w:t>
      </w:r>
    </w:p>
    <w:p w14:paraId="6A776CB6" w14:textId="77777777" w:rsidR="00F11FA5" w:rsidRDefault="00F11FA5" w:rsidP="00A00271">
      <w:pPr>
        <w:spacing w:after="0"/>
        <w:jc w:val="center"/>
        <w:rPr>
          <w:rFonts w:ascii="Calibri" w:hAnsi="Calibri" w:cs="Calibri"/>
          <w:lang w:val="es-PE"/>
        </w:rPr>
      </w:pPr>
      <w:r>
        <w:rPr>
          <w:rFonts w:ascii="Calibri" w:hAnsi="Calibri" w:cs="Calibri"/>
          <w:lang w:val="es-PE"/>
        </w:rPr>
        <w:t xml:space="preserve">N° </w:t>
      </w:r>
      <w:proofErr w:type="gramStart"/>
      <w:r>
        <w:rPr>
          <w:rFonts w:ascii="Calibri" w:hAnsi="Calibri" w:cs="Calibri"/>
          <w:lang w:val="es-PE"/>
        </w:rPr>
        <w:t>TELEFONICO:…</w:t>
      </w:r>
      <w:proofErr w:type="gramEnd"/>
      <w:r>
        <w:rPr>
          <w:rFonts w:ascii="Calibri" w:hAnsi="Calibri" w:cs="Calibri"/>
          <w:lang w:val="es-PE"/>
        </w:rPr>
        <w:t>……………………………..</w:t>
      </w:r>
    </w:p>
    <w:p w14:paraId="0292604E" w14:textId="77777777" w:rsidR="00F11FA5" w:rsidRPr="00F748E6" w:rsidRDefault="00F11FA5" w:rsidP="00A00271">
      <w:pPr>
        <w:spacing w:after="0"/>
        <w:jc w:val="center"/>
        <w:rPr>
          <w:rFonts w:ascii="Calibri" w:hAnsi="Calibri" w:cs="Calibri"/>
          <w:lang w:val="es-PE"/>
        </w:rPr>
      </w:pPr>
      <w:r>
        <w:rPr>
          <w:rFonts w:ascii="Calibri" w:hAnsi="Calibri" w:cs="Calibri"/>
          <w:lang w:val="es-PE"/>
        </w:rPr>
        <w:t xml:space="preserve">CORREO </w:t>
      </w:r>
      <w:proofErr w:type="gramStart"/>
      <w:r>
        <w:rPr>
          <w:rFonts w:ascii="Calibri" w:hAnsi="Calibri" w:cs="Calibri"/>
          <w:lang w:val="es-PE"/>
        </w:rPr>
        <w:t>ELECTRONICO</w:t>
      </w:r>
      <w:r w:rsidRPr="00F748E6">
        <w:rPr>
          <w:rFonts w:ascii="Calibri" w:hAnsi="Calibri" w:cs="Calibri"/>
          <w:lang w:val="es-PE"/>
        </w:rPr>
        <w:t>:</w:t>
      </w:r>
      <w:r>
        <w:rPr>
          <w:rFonts w:ascii="Calibri" w:hAnsi="Calibri" w:cs="Calibri"/>
          <w:lang w:val="es-PE"/>
        </w:rPr>
        <w:t>…</w:t>
      </w:r>
      <w:proofErr w:type="gramEnd"/>
      <w:r>
        <w:rPr>
          <w:rFonts w:ascii="Calibri" w:hAnsi="Calibri" w:cs="Calibri"/>
          <w:lang w:val="es-PE"/>
        </w:rPr>
        <w:t>……………………</w:t>
      </w:r>
    </w:p>
    <w:p w14:paraId="4485502D" w14:textId="77777777" w:rsidR="00F11FA5" w:rsidRPr="00F748E6" w:rsidRDefault="00F11FA5">
      <w:pPr>
        <w:rPr>
          <w:rFonts w:ascii="Calibri" w:hAnsi="Calibri" w:cs="Calibri"/>
          <w:lang w:val="es-PE"/>
        </w:rPr>
      </w:pPr>
    </w:p>
    <w:p w14:paraId="29402C24" w14:textId="38C735E3" w:rsidR="00F11FA5" w:rsidRPr="00A00271" w:rsidRDefault="00F11FA5">
      <w:pPr>
        <w:rPr>
          <w:rFonts w:ascii="Calibri" w:hAnsi="Calibri" w:cs="Calibri"/>
          <w:sz w:val="16"/>
          <w:szCs w:val="16"/>
          <w:lang w:val="es-PE"/>
        </w:rPr>
      </w:pPr>
      <w:r w:rsidRPr="00F748E6">
        <w:rPr>
          <w:rFonts w:ascii="Calibri" w:hAnsi="Calibri" w:cs="Calibri"/>
          <w:lang w:val="es-PE"/>
        </w:rPr>
        <w:br/>
      </w:r>
      <w:r w:rsidRPr="00FE077B">
        <w:rPr>
          <w:rFonts w:ascii="Calibri" w:hAnsi="Calibri" w:cs="Calibri"/>
          <w:lang w:val="es-PE"/>
        </w:rPr>
        <w:t>------------------------------------</w:t>
      </w:r>
      <w:r w:rsidRPr="00FE077B">
        <w:rPr>
          <w:rFonts w:ascii="Calibri" w:hAnsi="Calibri" w:cs="Calibri"/>
          <w:lang w:val="es-PE"/>
        </w:rPr>
        <w:br/>
      </w:r>
      <w:r w:rsidRPr="00FE077B">
        <w:rPr>
          <w:rFonts w:ascii="Calibri" w:hAnsi="Calibri" w:cs="Calibri"/>
          <w:sz w:val="16"/>
          <w:szCs w:val="16"/>
          <w:lang w:val="es-PE"/>
        </w:rPr>
        <w:t>1 Código de Cuenta Interbancaria, consta de 20 dígitos y debe estar asociado a su número de RUC, debiendo consignar el banco de procedencia y el tipo de moneda.</w:t>
      </w:r>
      <w:r w:rsidRPr="00FE077B">
        <w:rPr>
          <w:rFonts w:ascii="Calibri" w:hAnsi="Calibri" w:cs="Calibri"/>
          <w:sz w:val="16"/>
          <w:szCs w:val="16"/>
          <w:lang w:val="es-PE"/>
        </w:rPr>
        <w:br/>
        <w:t>2 Deberá consignar la razón social (persona jurídica) o el nombre del titular (persona natural).</w:t>
      </w:r>
    </w:p>
    <w:p w14:paraId="6641C753" w14:textId="77777777" w:rsidR="00F11FA5" w:rsidRDefault="00F11FA5" w:rsidP="00AA1AAC">
      <w:pPr>
        <w:spacing w:after="0"/>
        <w:jc w:val="center"/>
        <w:rPr>
          <w:rFonts w:ascii="Calibri" w:hAnsi="Calibri" w:cs="Calibri"/>
          <w:b/>
          <w:lang w:val="es-PE"/>
        </w:rPr>
      </w:pPr>
      <w:r w:rsidRPr="006B5A51">
        <w:rPr>
          <w:rFonts w:ascii="Calibri" w:hAnsi="Calibri" w:cs="Calibri"/>
          <w:b/>
          <w:lang w:val="es-PE"/>
        </w:rPr>
        <w:lastRenderedPageBreak/>
        <w:t>ANEXO N° 08</w:t>
      </w:r>
      <w:r w:rsidRPr="006B5A51">
        <w:rPr>
          <w:rFonts w:ascii="Calibri" w:hAnsi="Calibri" w:cs="Calibri"/>
          <w:b/>
          <w:lang w:val="es-PE"/>
        </w:rPr>
        <w:br/>
        <w:t>COMPROMISO DE CONFIDENCIALIDAD Y PROPIEDAD INTELECTUAL (SERVICIOS).</w:t>
      </w:r>
    </w:p>
    <w:p w14:paraId="04889E10" w14:textId="77777777" w:rsidR="00F11FA5" w:rsidRDefault="00F11FA5" w:rsidP="00AA1AAC">
      <w:pPr>
        <w:spacing w:after="0"/>
        <w:jc w:val="center"/>
        <w:rPr>
          <w:rFonts w:ascii="Calibri" w:hAnsi="Calibri" w:cs="Calibri"/>
          <w:b/>
          <w:lang w:val="es-PE"/>
        </w:rPr>
      </w:pPr>
    </w:p>
    <w:p w14:paraId="0824764D" w14:textId="77777777" w:rsidR="00F11FA5" w:rsidRDefault="00F11FA5" w:rsidP="00AA1AAC">
      <w:pPr>
        <w:jc w:val="both"/>
        <w:rPr>
          <w:rFonts w:ascii="Calibri" w:hAnsi="Calibri" w:cs="Calibri"/>
          <w:lang w:val="es-PE"/>
        </w:rPr>
      </w:pPr>
      <w:r w:rsidRPr="00AA1AAC">
        <w:rPr>
          <w:rFonts w:ascii="Calibri" w:hAnsi="Calibri" w:cs="Calibri"/>
          <w:lang w:val="es-PE"/>
        </w:rPr>
        <w:t>Yo,</w:t>
      </w:r>
      <w:r>
        <w:rPr>
          <w:rFonts w:ascii="Calibri" w:hAnsi="Calibri" w:cs="Calibri"/>
          <w:lang w:val="es-PE"/>
        </w:rPr>
        <w:t xml:space="preserve"> </w:t>
      </w:r>
      <w:r>
        <w:rPr>
          <w:rFonts w:ascii="Calibri" w:hAnsi="Calibri" w:cs="Calibri"/>
          <w:b/>
          <w:bCs/>
          <w:lang w:val="es-PE"/>
        </w:rPr>
        <w:t>…………………………………………………………</w:t>
      </w:r>
      <w:r w:rsidRPr="003D022A">
        <w:rPr>
          <w:rFonts w:ascii="Calibri" w:hAnsi="Calibri" w:cs="Calibri"/>
          <w:b/>
          <w:bCs/>
          <w:lang w:val="es-PE"/>
        </w:rPr>
        <w:t xml:space="preserve">, </w:t>
      </w:r>
      <w:r w:rsidRPr="00AA1AAC">
        <w:rPr>
          <w:rFonts w:ascii="Calibri" w:hAnsi="Calibri" w:cs="Calibri"/>
          <w:lang w:val="es-PE"/>
        </w:rPr>
        <w:t xml:space="preserve">identificado con </w:t>
      </w:r>
      <w:r>
        <w:rPr>
          <w:rFonts w:ascii="Calibri" w:hAnsi="Calibri" w:cs="Calibri"/>
          <w:lang w:val="es-PE"/>
        </w:rPr>
        <w:t>DNI N° ………………..,</w:t>
      </w:r>
      <w:r w:rsidRPr="00AA1AAC">
        <w:rPr>
          <w:rFonts w:ascii="Calibri" w:hAnsi="Calibri" w:cs="Calibri"/>
          <w:lang w:val="es-PE"/>
        </w:rPr>
        <w:t xml:space="preserve"> en representación de (persona jurídica, de corresponder), suscribo el presente y me comprometo a guardar reserva de la información privilegiada que conociera en el ejercicio de mis funciones, tareas y demás actividades como parte del </w:t>
      </w:r>
      <w:r>
        <w:rPr>
          <w:rFonts w:ascii="Calibri" w:hAnsi="Calibri" w:cs="Calibri"/>
          <w:b/>
          <w:bCs/>
          <w:lang w:val="es-PE"/>
        </w:rPr>
        <w:t>…………………………………………………..</w:t>
      </w:r>
      <w:r w:rsidRPr="00AA1AAC">
        <w:rPr>
          <w:rFonts w:ascii="Calibri" w:hAnsi="Calibri" w:cs="Calibri"/>
          <w:lang w:val="es-PE"/>
        </w:rPr>
        <w:t>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79DB1B12" w14:textId="77777777" w:rsidR="00F11FA5" w:rsidRDefault="00F11FA5" w:rsidP="00AA1AAC">
      <w:pPr>
        <w:spacing w:after="0"/>
        <w:jc w:val="both"/>
        <w:rPr>
          <w:rFonts w:ascii="Calibri" w:hAnsi="Calibri" w:cs="Calibri"/>
          <w:lang w:val="es-PE"/>
        </w:rPr>
      </w:pPr>
      <w:r w:rsidRPr="00AA1AAC">
        <w:rPr>
          <w:rFonts w:ascii="Calibri" w:hAnsi="Calibri" w:cs="Calibri"/>
          <w:lang w:val="es-PE"/>
        </w:rPr>
        <w:t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</w:t>
      </w:r>
    </w:p>
    <w:p w14:paraId="65AA7D18" w14:textId="77777777" w:rsidR="00F11FA5" w:rsidRPr="00AA1AAC" w:rsidRDefault="00F11FA5" w:rsidP="00AA1AAC">
      <w:pPr>
        <w:spacing w:after="0"/>
        <w:jc w:val="both"/>
        <w:rPr>
          <w:rFonts w:ascii="Calibri" w:hAnsi="Calibri" w:cs="Calibri"/>
          <w:sz w:val="10"/>
          <w:szCs w:val="10"/>
          <w:lang w:val="es-PE"/>
        </w:rPr>
      </w:pPr>
    </w:p>
    <w:p w14:paraId="588DEFCA" w14:textId="77777777" w:rsidR="00F11FA5" w:rsidRDefault="00F11FA5" w:rsidP="00AA1AAC">
      <w:pPr>
        <w:spacing w:after="0"/>
        <w:jc w:val="both"/>
        <w:rPr>
          <w:rFonts w:ascii="Calibri" w:hAnsi="Calibri" w:cs="Calibri"/>
          <w:lang w:val="es-PE"/>
        </w:rPr>
      </w:pPr>
      <w:r w:rsidRPr="00AA1AAC">
        <w:rPr>
          <w:rFonts w:ascii="Calibri" w:hAnsi="Calibri" w:cs="Calibri"/>
          <w:lang w:val="es-PE"/>
        </w:rPr>
        <w:t xml:space="preserve">Asimismo, de corresponder, acepto expresamente que los derechos patrimoniales y conexos de propiedad intelectual sobre los productos y documentación generada que se entreguen al amparo de la contratación corresponden únicamente </w:t>
      </w:r>
      <w:r>
        <w:rPr>
          <w:rFonts w:ascii="Calibri" w:hAnsi="Calibri" w:cs="Calibri"/>
          <w:lang w:val="es-PE"/>
        </w:rPr>
        <w:t>a la Dirección Regional de Ucayali</w:t>
      </w:r>
      <w:r w:rsidRPr="00AA1AAC">
        <w:rPr>
          <w:rFonts w:ascii="Calibri" w:hAnsi="Calibri" w:cs="Calibri"/>
          <w:lang w:val="es-PE"/>
        </w:rPr>
        <w:t xml:space="preserve"> con exclusividad y a todos los efectos.</w:t>
      </w:r>
    </w:p>
    <w:p w14:paraId="5834EBB4" w14:textId="77777777" w:rsidR="00F11FA5" w:rsidRPr="00AA1AAC" w:rsidRDefault="00F11FA5" w:rsidP="00AA1AAC">
      <w:pPr>
        <w:spacing w:after="0"/>
        <w:jc w:val="both"/>
        <w:rPr>
          <w:rFonts w:ascii="Calibri" w:hAnsi="Calibri" w:cs="Calibri"/>
          <w:sz w:val="10"/>
          <w:szCs w:val="10"/>
          <w:lang w:val="es-PE"/>
        </w:rPr>
      </w:pPr>
    </w:p>
    <w:p w14:paraId="014331A2" w14:textId="77777777" w:rsidR="00F11FA5" w:rsidRDefault="00F11FA5" w:rsidP="00AA1AAC">
      <w:pPr>
        <w:spacing w:after="0"/>
        <w:jc w:val="both"/>
        <w:rPr>
          <w:rFonts w:ascii="Calibri" w:hAnsi="Calibri" w:cs="Calibri"/>
          <w:lang w:val="es-PE"/>
        </w:rPr>
      </w:pPr>
      <w:r w:rsidRPr="00AA1AAC">
        <w:rPr>
          <w:rFonts w:ascii="Calibri" w:hAnsi="Calibri" w:cs="Calibri"/>
          <w:lang w:val="es-PE"/>
        </w:rPr>
        <w:t>En todo lo no previsto en el presente compromiso, me someto a lo establecido por las normas del Decreto Legislativo N° 822, Ley de Derechos de Autor, Código Civil y demás del sistema jurídico que resulten aplicables.</w:t>
      </w:r>
    </w:p>
    <w:p w14:paraId="09D3D425" w14:textId="77777777" w:rsidR="00F11FA5" w:rsidRPr="00AA1AAC" w:rsidRDefault="00F11FA5" w:rsidP="00AA1AAC">
      <w:pPr>
        <w:spacing w:after="0"/>
        <w:jc w:val="both"/>
        <w:rPr>
          <w:rFonts w:ascii="Calibri" w:hAnsi="Calibri" w:cs="Calibri"/>
          <w:sz w:val="10"/>
          <w:szCs w:val="10"/>
          <w:lang w:val="es-PE"/>
        </w:rPr>
      </w:pPr>
    </w:p>
    <w:p w14:paraId="1E7E3D14" w14:textId="77777777" w:rsidR="00F11FA5" w:rsidRDefault="00F11FA5" w:rsidP="00AA1AAC">
      <w:pPr>
        <w:spacing w:after="0"/>
        <w:jc w:val="both"/>
        <w:rPr>
          <w:rFonts w:ascii="Calibri" w:hAnsi="Calibri" w:cs="Calibri"/>
          <w:lang w:val="es-PE"/>
        </w:rPr>
      </w:pPr>
      <w:r w:rsidRPr="00AA1AAC">
        <w:rPr>
          <w:rFonts w:ascii="Calibri" w:hAnsi="Calibri" w:cs="Calibri"/>
          <w:lang w:val="es-PE"/>
        </w:rPr>
        <w:t xml:space="preserve">En caso que incumpliera con cualquiera de las obligaciones estipuladas en el presente acuerdo, </w:t>
      </w:r>
      <w:r>
        <w:rPr>
          <w:rFonts w:ascii="Calibri" w:hAnsi="Calibri" w:cs="Calibri"/>
          <w:lang w:val="es-PE"/>
        </w:rPr>
        <w:t xml:space="preserve">la Dirección Regional de Educción de Ucayali </w:t>
      </w:r>
      <w:r w:rsidRPr="00AA1AAC">
        <w:rPr>
          <w:rFonts w:ascii="Calibri" w:hAnsi="Calibri" w:cs="Calibri"/>
          <w:lang w:val="es-PE"/>
        </w:rPr>
        <w:t>y el contratista están autorizados a iniciar todas las acciones judiciales o extrajudiciales necesarias para resarcir el perjuicio y la obligación de confidencialidad perdurará mientras la información conserve las características para considerarse Confidencial.</w:t>
      </w:r>
    </w:p>
    <w:p w14:paraId="6BF9D8A1" w14:textId="77777777" w:rsidR="00F11FA5" w:rsidRDefault="00F11FA5" w:rsidP="00AA1AAC">
      <w:pPr>
        <w:spacing w:after="0"/>
        <w:jc w:val="both"/>
        <w:rPr>
          <w:rFonts w:ascii="Calibri" w:hAnsi="Calibri" w:cs="Calibri"/>
          <w:lang w:val="es-PE"/>
        </w:rPr>
      </w:pPr>
    </w:p>
    <w:p w14:paraId="6AF88F0F" w14:textId="77777777" w:rsidR="00F11FA5" w:rsidRDefault="00F11FA5" w:rsidP="00AA1AAC">
      <w:pPr>
        <w:jc w:val="right"/>
        <w:rPr>
          <w:rFonts w:ascii="Calibri" w:hAnsi="Calibri" w:cs="Calibri"/>
          <w:lang w:val="es-PE"/>
        </w:rPr>
      </w:pPr>
      <w:proofErr w:type="gramStart"/>
      <w:r w:rsidRPr="006B5A51">
        <w:rPr>
          <w:rFonts w:ascii="Calibri" w:hAnsi="Calibri" w:cs="Calibri"/>
          <w:lang w:val="es-PE"/>
        </w:rPr>
        <w:t>Pucallpa,</w:t>
      </w:r>
      <w:r>
        <w:rPr>
          <w:rFonts w:ascii="Calibri" w:hAnsi="Calibri" w:cs="Calibri"/>
          <w:lang w:val="es-PE"/>
        </w:rPr>
        <w:t>…</w:t>
      </w:r>
      <w:proofErr w:type="gramEnd"/>
      <w:r>
        <w:rPr>
          <w:rFonts w:ascii="Calibri" w:hAnsi="Calibri" w:cs="Calibri"/>
          <w:lang w:val="es-PE"/>
        </w:rPr>
        <w:t>…………………………………………..</w:t>
      </w:r>
    </w:p>
    <w:p w14:paraId="256E896A" w14:textId="77777777" w:rsidR="00F11FA5" w:rsidRDefault="00F11FA5" w:rsidP="00AA1AAC">
      <w:pPr>
        <w:spacing w:after="0"/>
        <w:jc w:val="both"/>
        <w:rPr>
          <w:rFonts w:ascii="Calibri" w:hAnsi="Calibri" w:cs="Calibri"/>
          <w:lang w:val="es-PE"/>
        </w:rPr>
      </w:pPr>
    </w:p>
    <w:p w14:paraId="1C9A6972" w14:textId="77777777" w:rsidR="00F11FA5" w:rsidRPr="006B5A51" w:rsidRDefault="00F11FA5" w:rsidP="00AA1AAC">
      <w:pPr>
        <w:spacing w:after="0"/>
        <w:jc w:val="both"/>
        <w:rPr>
          <w:rFonts w:ascii="Calibri" w:hAnsi="Calibri" w:cs="Calibri"/>
          <w:lang w:val="es-PE"/>
        </w:rPr>
      </w:pPr>
      <w:r w:rsidRPr="006B5A51">
        <w:rPr>
          <w:rFonts w:ascii="Calibri" w:hAnsi="Calibri" w:cs="Calibri"/>
          <w:lang w:val="es-PE"/>
        </w:rPr>
        <w:br/>
        <w:t>..............................................................</w:t>
      </w:r>
    </w:p>
    <w:p w14:paraId="6ACC0E42" w14:textId="77777777" w:rsidR="00F11FA5" w:rsidRDefault="00F11FA5" w:rsidP="003D022A">
      <w:pPr>
        <w:spacing w:after="0"/>
        <w:rPr>
          <w:rFonts w:ascii="Calibri" w:hAnsi="Calibri" w:cs="Calibri"/>
          <w:lang w:val="es-PE"/>
        </w:rPr>
      </w:pPr>
      <w:r>
        <w:rPr>
          <w:rFonts w:ascii="Calibri" w:hAnsi="Calibri" w:cs="Calibri"/>
          <w:lang w:val="es-PE"/>
        </w:rPr>
        <w:t xml:space="preserve">NOMBRES Y </w:t>
      </w:r>
      <w:proofErr w:type="gramStart"/>
      <w:r>
        <w:rPr>
          <w:rFonts w:ascii="Calibri" w:hAnsi="Calibri" w:cs="Calibri"/>
          <w:lang w:val="es-PE"/>
        </w:rPr>
        <w:t>APELLIDOS:…</w:t>
      </w:r>
      <w:proofErr w:type="gramEnd"/>
      <w:r>
        <w:rPr>
          <w:rFonts w:ascii="Calibri" w:hAnsi="Calibri" w:cs="Calibri"/>
          <w:lang w:val="es-PE"/>
        </w:rPr>
        <w:t>…………………</w:t>
      </w:r>
    </w:p>
    <w:p w14:paraId="314BDDA2" w14:textId="77777777" w:rsidR="00F11FA5" w:rsidRDefault="00F11FA5" w:rsidP="003D022A">
      <w:pPr>
        <w:spacing w:after="0"/>
        <w:rPr>
          <w:rFonts w:ascii="Calibri" w:hAnsi="Calibri" w:cs="Calibri"/>
          <w:lang w:val="es-PE"/>
        </w:rPr>
      </w:pPr>
      <w:r w:rsidRPr="00EA02C5">
        <w:rPr>
          <w:rFonts w:ascii="Calibri" w:hAnsi="Calibri" w:cs="Calibri"/>
          <w:lang w:val="es-PE"/>
        </w:rPr>
        <w:t xml:space="preserve">DNI N° </w:t>
      </w:r>
      <w:r>
        <w:rPr>
          <w:rFonts w:ascii="Calibri" w:hAnsi="Calibri" w:cs="Calibri"/>
          <w:lang w:val="es-PE"/>
        </w:rPr>
        <w:t>………………………………….</w:t>
      </w:r>
    </w:p>
    <w:p w14:paraId="468259CE" w14:textId="4D6B1A22" w:rsidR="00F11FA5" w:rsidRDefault="00F11FA5" w:rsidP="003D022A">
      <w:pPr>
        <w:spacing w:after="0"/>
        <w:rPr>
          <w:rFonts w:ascii="Calibri" w:hAnsi="Calibri" w:cs="Calibri"/>
          <w:lang w:val="es-PE"/>
        </w:rPr>
      </w:pPr>
      <w:proofErr w:type="gramStart"/>
      <w:r>
        <w:rPr>
          <w:rFonts w:ascii="Calibri" w:hAnsi="Calibri" w:cs="Calibri"/>
          <w:lang w:val="es-PE"/>
        </w:rPr>
        <w:t>RUC:…</w:t>
      </w:r>
      <w:proofErr w:type="gramEnd"/>
      <w:r>
        <w:rPr>
          <w:rFonts w:ascii="Calibri" w:hAnsi="Calibri" w:cs="Calibri"/>
          <w:lang w:val="es-PE"/>
        </w:rPr>
        <w:t>……………………………….</w:t>
      </w:r>
      <w:r w:rsidRPr="00EA02C5">
        <w:rPr>
          <w:rFonts w:ascii="Calibri" w:hAnsi="Calibri" w:cs="Calibri"/>
          <w:lang w:val="es-PE"/>
        </w:rPr>
        <w:br/>
      </w:r>
    </w:p>
    <w:p w14:paraId="20D66DEF" w14:textId="5D442CA9" w:rsidR="00F11FA5" w:rsidRDefault="00F11FA5" w:rsidP="003D022A">
      <w:pPr>
        <w:spacing w:after="0"/>
        <w:rPr>
          <w:rFonts w:ascii="Calibri" w:hAnsi="Calibri" w:cs="Calibri"/>
          <w:lang w:val="es-PE"/>
        </w:rPr>
      </w:pPr>
    </w:p>
    <w:p w14:paraId="1B722A23" w14:textId="77777777" w:rsidR="00F11FA5" w:rsidRPr="00EA02C5" w:rsidRDefault="00F11FA5" w:rsidP="003D022A">
      <w:pPr>
        <w:spacing w:after="0"/>
        <w:rPr>
          <w:rFonts w:ascii="Calibri" w:hAnsi="Calibri" w:cs="Calibri"/>
          <w:lang w:val="es-PE"/>
        </w:rPr>
      </w:pPr>
    </w:p>
    <w:p w14:paraId="63A415F1" w14:textId="77777777" w:rsidR="00F11FA5" w:rsidRDefault="00F11FA5" w:rsidP="00082D10">
      <w:pPr>
        <w:jc w:val="center"/>
        <w:rPr>
          <w:b/>
          <w:sz w:val="26"/>
          <w:lang w:val="es-PE"/>
        </w:rPr>
      </w:pPr>
      <w:r w:rsidRPr="00082D10">
        <w:rPr>
          <w:b/>
          <w:sz w:val="26"/>
          <w:lang w:val="es-PE"/>
        </w:rPr>
        <w:lastRenderedPageBreak/>
        <w:t>ANEXO N° 09</w:t>
      </w:r>
      <w:r w:rsidRPr="00082D10">
        <w:rPr>
          <w:b/>
          <w:sz w:val="26"/>
          <w:lang w:val="es-PE"/>
        </w:rPr>
        <w:br/>
        <w:t>CONSENTIMIENTO PARA EL TRATAMIENTO DE DATOS PERSONALES (SERVICIOS).</w:t>
      </w:r>
    </w:p>
    <w:p w14:paraId="28EA9C36" w14:textId="77777777" w:rsidR="00F11FA5" w:rsidRPr="00F11FA5" w:rsidRDefault="00F11FA5" w:rsidP="00082D10">
      <w:pPr>
        <w:jc w:val="both"/>
        <w:rPr>
          <w:sz w:val="20"/>
          <w:szCs w:val="20"/>
          <w:lang w:val="es-PE"/>
        </w:rPr>
      </w:pPr>
      <w:r w:rsidRPr="00F11FA5">
        <w:rPr>
          <w:sz w:val="20"/>
          <w:szCs w:val="20"/>
          <w:lang w:val="es-P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4B779F67" w14:textId="77777777" w:rsidR="00F11FA5" w:rsidRPr="00F11FA5" w:rsidRDefault="00F11FA5">
      <w:pPr>
        <w:rPr>
          <w:b/>
          <w:bCs/>
          <w:sz w:val="20"/>
          <w:szCs w:val="20"/>
        </w:rPr>
      </w:pPr>
      <w:r w:rsidRPr="00F11FA5">
        <w:rPr>
          <w:b/>
          <w:bCs/>
          <w:sz w:val="20"/>
          <w:szCs w:val="20"/>
        </w:rPr>
        <w:t>SE INFORMA:</w:t>
      </w:r>
    </w:p>
    <w:p w14:paraId="472B1FD0" w14:textId="77777777" w:rsidR="00F11FA5" w:rsidRPr="00F11FA5" w:rsidRDefault="00F11FA5" w:rsidP="00F11FA5">
      <w:pPr>
        <w:pStyle w:val="Prrafodelista"/>
        <w:numPr>
          <w:ilvl w:val="0"/>
          <w:numId w:val="11"/>
        </w:numPr>
        <w:jc w:val="both"/>
        <w:rPr>
          <w:sz w:val="20"/>
          <w:szCs w:val="20"/>
          <w:lang w:val="es-PE"/>
        </w:rPr>
      </w:pPr>
      <w:r w:rsidRPr="00F11FA5">
        <w:rPr>
          <w:sz w:val="20"/>
          <w:szCs w:val="20"/>
          <w:lang w:val="es-PE"/>
        </w:rPr>
        <w:t>Los datos de carácter personal solicitados y facilitados por usted, son incorporados en los bancos de datos personales pertenecientes a la Dirección Regional de Ucayali como único destinatario.</w:t>
      </w:r>
    </w:p>
    <w:p w14:paraId="5C704FE5" w14:textId="77777777" w:rsidR="00F11FA5" w:rsidRPr="00F11FA5" w:rsidRDefault="00F11FA5" w:rsidP="00F11FA5">
      <w:pPr>
        <w:pStyle w:val="Prrafodelista"/>
        <w:numPr>
          <w:ilvl w:val="0"/>
          <w:numId w:val="11"/>
        </w:numPr>
        <w:jc w:val="both"/>
        <w:rPr>
          <w:sz w:val="20"/>
          <w:szCs w:val="20"/>
          <w:lang w:val="es-PE"/>
        </w:rPr>
      </w:pPr>
      <w:r w:rsidRPr="00F11FA5">
        <w:rPr>
          <w:sz w:val="20"/>
          <w:szCs w:val="20"/>
          <w:lang w:val="es-PE"/>
        </w:rPr>
        <w:t xml:space="preserve">Solo serán solicitados aquellos datos estrictamente necesarios para prestar adecuadamente los servicios solicitados por la Dirección Regional de Educación de Ucayali o en el cumplimiento de las funciones de la entidad, conforme a lo establecido en la Ley </w:t>
      </w:r>
      <w:proofErr w:type="spellStart"/>
      <w:r w:rsidRPr="00F11FA5">
        <w:rPr>
          <w:sz w:val="20"/>
          <w:szCs w:val="20"/>
          <w:lang w:val="es-PE"/>
        </w:rPr>
        <w:t>N.°</w:t>
      </w:r>
      <w:proofErr w:type="spellEnd"/>
      <w:r w:rsidRPr="00F11FA5">
        <w:rPr>
          <w:sz w:val="20"/>
          <w:szCs w:val="20"/>
          <w:lang w:val="es-PE"/>
        </w:rPr>
        <w:t xml:space="preserve"> 32069, Ley General de Contrataciones Públicas, y su Reglamento aprobado mediante Decreto Supremo </w:t>
      </w:r>
      <w:proofErr w:type="spellStart"/>
      <w:r w:rsidRPr="00F11FA5">
        <w:rPr>
          <w:sz w:val="20"/>
          <w:szCs w:val="20"/>
          <w:lang w:val="es-PE"/>
        </w:rPr>
        <w:t>N.°</w:t>
      </w:r>
      <w:proofErr w:type="spellEnd"/>
      <w:r w:rsidRPr="00F11FA5">
        <w:rPr>
          <w:sz w:val="20"/>
          <w:szCs w:val="20"/>
          <w:lang w:val="es-PE"/>
        </w:rPr>
        <w:t xml:space="preserve"> 009-2025-EF, pudiendo ser necesario recoger datos de contacto de terceros, tales como tutores o personas a cargo designadas por los mismos.</w:t>
      </w:r>
    </w:p>
    <w:p w14:paraId="5BB5DC28" w14:textId="77777777" w:rsidR="00F11FA5" w:rsidRPr="00F11FA5" w:rsidRDefault="00F11FA5" w:rsidP="00F11FA5">
      <w:pPr>
        <w:pStyle w:val="Prrafodelista"/>
        <w:numPr>
          <w:ilvl w:val="0"/>
          <w:numId w:val="11"/>
        </w:numPr>
        <w:jc w:val="both"/>
        <w:rPr>
          <w:sz w:val="20"/>
          <w:szCs w:val="20"/>
          <w:lang w:val="es-PE"/>
        </w:rPr>
      </w:pPr>
      <w:r w:rsidRPr="00F11FA5">
        <w:rPr>
          <w:sz w:val="20"/>
          <w:szCs w:val="20"/>
          <w:lang w:val="es-PE"/>
        </w:rPr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6ACBCDCF" w14:textId="77777777" w:rsidR="00F11FA5" w:rsidRPr="00F11FA5" w:rsidRDefault="00F11FA5" w:rsidP="00F11FA5">
      <w:pPr>
        <w:pStyle w:val="Prrafodelista"/>
        <w:numPr>
          <w:ilvl w:val="0"/>
          <w:numId w:val="11"/>
        </w:numPr>
        <w:jc w:val="both"/>
        <w:rPr>
          <w:sz w:val="20"/>
          <w:szCs w:val="20"/>
          <w:lang w:val="es-PE"/>
        </w:rPr>
      </w:pPr>
      <w:r w:rsidRPr="00F11FA5">
        <w:rPr>
          <w:sz w:val="20"/>
          <w:szCs w:val="20"/>
          <w:lang w:val="es-PE"/>
        </w:rPr>
        <w:t>Una vez finalizada la relación entre la Dirección Regional de Educación de Ucayali y el ciudadano, los datos serán archivados y conservados con la confidencialidad y seguridad de la información definida por la ley y su reglamento.</w:t>
      </w:r>
    </w:p>
    <w:p w14:paraId="27A371E4" w14:textId="77777777" w:rsidR="00F11FA5" w:rsidRPr="00F11FA5" w:rsidRDefault="00F11FA5" w:rsidP="00082D10">
      <w:pPr>
        <w:jc w:val="both"/>
        <w:rPr>
          <w:sz w:val="20"/>
          <w:szCs w:val="20"/>
          <w:lang w:val="es-PE"/>
        </w:rPr>
      </w:pPr>
      <w:r w:rsidRPr="00F11FA5">
        <w:rPr>
          <w:sz w:val="20"/>
          <w:szCs w:val="20"/>
          <w:lang w:val="es-P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4454FCB0" w14:textId="1C9ED0F6" w:rsidR="00F11FA5" w:rsidRPr="00F11FA5" w:rsidRDefault="00F11FA5" w:rsidP="00082D10">
      <w:pPr>
        <w:jc w:val="both"/>
        <w:rPr>
          <w:sz w:val="20"/>
          <w:szCs w:val="20"/>
        </w:rPr>
      </w:pPr>
      <w:r w:rsidRPr="00F11FA5">
        <w:rPr>
          <w:sz w:val="20"/>
          <w:szCs w:val="20"/>
          <w:lang w:val="es-PE"/>
        </w:rPr>
        <w:br/>
        <w:t>Finalmente he sido informado de la Política de Privacidad de la Dirección Regional de Educación de Ucayali para ejercer mis derechos sobre mi información personal.</w:t>
      </w:r>
      <w:r w:rsidRPr="00F11FA5">
        <w:rPr>
          <w:sz w:val="20"/>
          <w:szCs w:val="20"/>
        </w:rPr>
        <w:br/>
      </w:r>
      <w:r w:rsidRPr="00F11FA5">
        <w:rPr>
          <w:sz w:val="20"/>
          <w:szCs w:val="20"/>
        </w:rPr>
        <w:br/>
      </w:r>
      <w:proofErr w:type="gramStart"/>
      <w:r w:rsidRPr="00F11FA5">
        <w:rPr>
          <w:sz w:val="20"/>
          <w:szCs w:val="20"/>
        </w:rPr>
        <w:t>Pucallpa,…</w:t>
      </w:r>
      <w:proofErr w:type="gramEnd"/>
      <w:r w:rsidRPr="00F11FA5">
        <w:rPr>
          <w:sz w:val="20"/>
          <w:szCs w:val="20"/>
        </w:rPr>
        <w:t>………………………………………..</w:t>
      </w:r>
    </w:p>
    <w:p w14:paraId="0B6EC302" w14:textId="05C732EC" w:rsidR="00F11FA5" w:rsidRPr="00F11FA5" w:rsidRDefault="00F11FA5" w:rsidP="00F63A60">
      <w:pPr>
        <w:spacing w:after="0"/>
        <w:jc w:val="center"/>
        <w:rPr>
          <w:sz w:val="20"/>
          <w:szCs w:val="20"/>
          <w:lang w:val="es-PE"/>
        </w:rPr>
      </w:pPr>
      <w:r w:rsidRPr="00F11FA5">
        <w:rPr>
          <w:sz w:val="20"/>
          <w:szCs w:val="20"/>
          <w:lang w:val="es-PE"/>
        </w:rPr>
        <w:t>........................................................................................</w:t>
      </w:r>
    </w:p>
    <w:p w14:paraId="333BD9C0" w14:textId="77777777" w:rsidR="00F11FA5" w:rsidRPr="00D920D2" w:rsidRDefault="00F11FA5" w:rsidP="00F63A60">
      <w:pPr>
        <w:spacing w:after="0" w:line="240" w:lineRule="auto"/>
        <w:jc w:val="center"/>
        <w:rPr>
          <w:sz w:val="20"/>
          <w:szCs w:val="20"/>
          <w:lang w:val="es-PE"/>
        </w:rPr>
      </w:pPr>
      <w:r w:rsidRPr="00D920D2">
        <w:rPr>
          <w:sz w:val="20"/>
          <w:szCs w:val="20"/>
          <w:lang w:val="es-PE"/>
        </w:rPr>
        <w:t>NOMBRES Y APELLIDOS</w:t>
      </w:r>
    </w:p>
    <w:p w14:paraId="1A1D732B" w14:textId="77777777" w:rsidR="00F11FA5" w:rsidRPr="00D920D2" w:rsidRDefault="00F11FA5" w:rsidP="00F63A60">
      <w:pPr>
        <w:spacing w:after="0" w:line="240" w:lineRule="auto"/>
        <w:jc w:val="center"/>
        <w:rPr>
          <w:sz w:val="20"/>
          <w:szCs w:val="20"/>
          <w:lang w:val="es-PE"/>
        </w:rPr>
      </w:pPr>
      <w:proofErr w:type="gramStart"/>
      <w:r w:rsidRPr="00D920D2">
        <w:rPr>
          <w:sz w:val="20"/>
          <w:szCs w:val="20"/>
          <w:lang w:val="es-PE"/>
        </w:rPr>
        <w:t>DNI:..................</w:t>
      </w:r>
      <w:proofErr w:type="gramEnd"/>
    </w:p>
    <w:p w14:paraId="76D7F8FB" w14:textId="17BA747D" w:rsidR="00F11FA5" w:rsidRPr="00D920D2" w:rsidRDefault="00F11FA5" w:rsidP="00F63A60">
      <w:pPr>
        <w:spacing w:after="0" w:line="240" w:lineRule="auto"/>
        <w:jc w:val="center"/>
        <w:rPr>
          <w:sz w:val="20"/>
          <w:szCs w:val="20"/>
          <w:lang w:val="es-PE"/>
        </w:rPr>
      </w:pPr>
      <w:proofErr w:type="gramStart"/>
      <w:r w:rsidRPr="00D920D2">
        <w:rPr>
          <w:sz w:val="20"/>
          <w:szCs w:val="20"/>
          <w:lang w:val="es-PE"/>
        </w:rPr>
        <w:t>RUC:......................................</w:t>
      </w:r>
      <w:proofErr w:type="gramEnd"/>
    </w:p>
    <w:p w14:paraId="6713A04C" w14:textId="76F968FC" w:rsidR="00F11FA5" w:rsidRPr="00D920D2" w:rsidRDefault="00F11FA5" w:rsidP="00F63A60">
      <w:pPr>
        <w:spacing w:after="0" w:line="240" w:lineRule="auto"/>
        <w:jc w:val="center"/>
        <w:rPr>
          <w:sz w:val="20"/>
          <w:szCs w:val="20"/>
          <w:lang w:val="es-PE"/>
        </w:rPr>
      </w:pPr>
    </w:p>
    <w:p w14:paraId="593D8288" w14:textId="27C58655" w:rsidR="00F11FA5" w:rsidRPr="00D920D2" w:rsidRDefault="00F11FA5" w:rsidP="00F63A60">
      <w:pPr>
        <w:spacing w:after="0" w:line="240" w:lineRule="auto"/>
        <w:jc w:val="center"/>
        <w:rPr>
          <w:sz w:val="20"/>
          <w:szCs w:val="20"/>
          <w:lang w:val="es-PE"/>
        </w:rPr>
      </w:pPr>
    </w:p>
    <w:p w14:paraId="5FBF2612" w14:textId="43246D69" w:rsidR="00F11FA5" w:rsidRPr="00D920D2" w:rsidRDefault="00F11FA5" w:rsidP="00F63A60">
      <w:pPr>
        <w:spacing w:after="0" w:line="240" w:lineRule="auto"/>
        <w:jc w:val="center"/>
        <w:rPr>
          <w:sz w:val="20"/>
          <w:szCs w:val="20"/>
          <w:lang w:val="es-PE"/>
        </w:rPr>
      </w:pPr>
    </w:p>
    <w:p w14:paraId="67862C0F" w14:textId="21553044" w:rsidR="00F11FA5" w:rsidRPr="00D920D2" w:rsidRDefault="00F11FA5" w:rsidP="00F63A60">
      <w:pPr>
        <w:spacing w:after="0" w:line="240" w:lineRule="auto"/>
        <w:jc w:val="center"/>
        <w:rPr>
          <w:sz w:val="20"/>
          <w:szCs w:val="20"/>
          <w:lang w:val="es-PE"/>
        </w:rPr>
      </w:pPr>
    </w:p>
    <w:p w14:paraId="5C295AFF" w14:textId="3994CE9D" w:rsidR="00F11FA5" w:rsidRPr="00D920D2" w:rsidRDefault="00F11FA5" w:rsidP="00F63A60">
      <w:pPr>
        <w:spacing w:after="0" w:line="240" w:lineRule="auto"/>
        <w:jc w:val="center"/>
        <w:rPr>
          <w:sz w:val="20"/>
          <w:szCs w:val="20"/>
          <w:lang w:val="es-PE"/>
        </w:rPr>
      </w:pPr>
    </w:p>
    <w:p w14:paraId="1CC73F0B" w14:textId="77777777" w:rsidR="00F11FA5" w:rsidRPr="00D920D2" w:rsidRDefault="00F11FA5" w:rsidP="00F63A60">
      <w:pPr>
        <w:spacing w:after="0" w:line="240" w:lineRule="auto"/>
        <w:jc w:val="center"/>
        <w:rPr>
          <w:sz w:val="20"/>
          <w:szCs w:val="20"/>
          <w:lang w:val="es-PE"/>
        </w:rPr>
      </w:pPr>
    </w:p>
    <w:p w14:paraId="15635131" w14:textId="77777777" w:rsidR="00F11FA5" w:rsidRPr="00432D55" w:rsidRDefault="00F11FA5" w:rsidP="00432D55">
      <w:pPr>
        <w:spacing w:after="0"/>
        <w:jc w:val="center"/>
        <w:rPr>
          <w:b/>
          <w:bCs/>
        </w:rPr>
      </w:pPr>
      <w:r w:rsidRPr="00432D55">
        <w:rPr>
          <w:b/>
          <w:bCs/>
        </w:rPr>
        <w:lastRenderedPageBreak/>
        <w:t>ANEXO N° 10</w:t>
      </w:r>
    </w:p>
    <w:p w14:paraId="1E2E8D1C" w14:textId="77777777" w:rsidR="00F11FA5" w:rsidRDefault="00F11FA5" w:rsidP="00432D55">
      <w:pPr>
        <w:spacing w:after="0"/>
        <w:jc w:val="center"/>
        <w:rPr>
          <w:b/>
          <w:bCs/>
        </w:rPr>
      </w:pPr>
      <w:r w:rsidRPr="00432D55">
        <w:rPr>
          <w:b/>
          <w:bCs/>
        </w:rPr>
        <w:t>ACUERDO DE CONFIDENCIALIDAD</w:t>
      </w:r>
    </w:p>
    <w:p w14:paraId="7AE82982" w14:textId="77777777" w:rsidR="00F11FA5" w:rsidRDefault="00F11FA5" w:rsidP="00432D55">
      <w:pPr>
        <w:spacing w:after="0"/>
        <w:jc w:val="center"/>
        <w:rPr>
          <w:b/>
          <w:bCs/>
        </w:rPr>
      </w:pPr>
    </w:p>
    <w:p w14:paraId="378D653A" w14:textId="77777777" w:rsidR="00F11FA5" w:rsidRDefault="00F11FA5" w:rsidP="00432D55">
      <w:pPr>
        <w:spacing w:after="0"/>
        <w:jc w:val="both"/>
      </w:pPr>
      <w:proofErr w:type="spellStart"/>
      <w:r w:rsidRPr="00432D55">
        <w:t>Yo</w:t>
      </w:r>
      <w:proofErr w:type="spellEnd"/>
      <w:r w:rsidRPr="00432D55">
        <w:t xml:space="preserve">, </w:t>
      </w:r>
      <w:r>
        <w:rPr>
          <w:b/>
          <w:bCs/>
        </w:rPr>
        <w:t>………………………………………………….</w:t>
      </w:r>
      <w:r w:rsidRPr="00432D55">
        <w:t xml:space="preserve"> </w:t>
      </w:r>
      <w:proofErr w:type="spellStart"/>
      <w:r w:rsidRPr="00432D55">
        <w:t>identificado</w:t>
      </w:r>
      <w:proofErr w:type="spellEnd"/>
      <w:r w:rsidRPr="00432D55">
        <w:t xml:space="preserve"> con DNI </w:t>
      </w:r>
      <w:r>
        <w:rPr>
          <w:b/>
          <w:bCs/>
        </w:rPr>
        <w:t>…………………………</w:t>
      </w:r>
      <w:r w:rsidRPr="00432D55">
        <w:t xml:space="preserve">, </w:t>
      </w:r>
      <w:proofErr w:type="spellStart"/>
      <w:r w:rsidRPr="00432D55">
        <w:t>suscribo</w:t>
      </w:r>
      <w:proofErr w:type="spellEnd"/>
      <w:r w:rsidRPr="00432D55">
        <w:t xml:space="preserve"> </w:t>
      </w:r>
      <w:proofErr w:type="spellStart"/>
      <w:r w:rsidRPr="00432D55">
        <w:t>el</w:t>
      </w:r>
      <w:proofErr w:type="spellEnd"/>
      <w:r w:rsidRPr="00432D55">
        <w:t xml:space="preserve"> </w:t>
      </w:r>
      <w:proofErr w:type="spellStart"/>
      <w:r w:rsidRPr="00432D55">
        <w:t>presente</w:t>
      </w:r>
      <w:proofErr w:type="spellEnd"/>
      <w:r w:rsidRPr="00432D55">
        <w:t xml:space="preserve"> y me </w:t>
      </w:r>
      <w:proofErr w:type="spellStart"/>
      <w:r w:rsidRPr="00432D55">
        <w:t>comprometo</w:t>
      </w:r>
      <w:proofErr w:type="spellEnd"/>
      <w:r w:rsidRPr="00432D55">
        <w:t xml:space="preserve"> a </w:t>
      </w:r>
      <w:proofErr w:type="spellStart"/>
      <w:r w:rsidRPr="00432D55">
        <w:t>guardar</w:t>
      </w:r>
      <w:proofErr w:type="spellEnd"/>
      <w:r w:rsidRPr="00432D55">
        <w:t xml:space="preserve"> </w:t>
      </w:r>
      <w:proofErr w:type="spellStart"/>
      <w:r w:rsidRPr="00432D55">
        <w:t>reserva</w:t>
      </w:r>
      <w:proofErr w:type="spellEnd"/>
      <w:r w:rsidRPr="00432D55">
        <w:t xml:space="preserve"> de la </w:t>
      </w:r>
      <w:proofErr w:type="spellStart"/>
      <w:r w:rsidRPr="00432D55">
        <w:t>información</w:t>
      </w:r>
      <w:proofErr w:type="spellEnd"/>
      <w:r w:rsidRPr="00432D55">
        <w:t xml:space="preserve"> </w:t>
      </w:r>
      <w:proofErr w:type="spellStart"/>
      <w:r w:rsidRPr="00432D55">
        <w:t>privilegiada</w:t>
      </w:r>
      <w:proofErr w:type="spellEnd"/>
      <w:r w:rsidRPr="00432D55">
        <w:t xml:space="preserve"> que </w:t>
      </w:r>
      <w:proofErr w:type="spellStart"/>
      <w:r w:rsidRPr="00432D55">
        <w:t>conociera</w:t>
      </w:r>
      <w:proofErr w:type="spellEnd"/>
      <w:r w:rsidRPr="00432D55">
        <w:t xml:space="preserve"> </w:t>
      </w:r>
      <w:proofErr w:type="spellStart"/>
      <w:r w:rsidRPr="00432D55">
        <w:t>en</w:t>
      </w:r>
      <w:proofErr w:type="spellEnd"/>
      <w:r w:rsidRPr="00432D55">
        <w:t xml:space="preserve"> </w:t>
      </w:r>
      <w:proofErr w:type="spellStart"/>
      <w:r w:rsidRPr="00432D55">
        <w:t>el</w:t>
      </w:r>
      <w:proofErr w:type="spellEnd"/>
      <w:r w:rsidRPr="00432D55">
        <w:t xml:space="preserve"> </w:t>
      </w:r>
      <w:proofErr w:type="spellStart"/>
      <w:r w:rsidRPr="00432D55">
        <w:t>ejercicio</w:t>
      </w:r>
      <w:proofErr w:type="spellEnd"/>
      <w:r w:rsidRPr="00432D55">
        <w:t xml:space="preserve"> de mis </w:t>
      </w:r>
      <w:proofErr w:type="spellStart"/>
      <w:r w:rsidRPr="00432D55">
        <w:t>funciones</w:t>
      </w:r>
      <w:proofErr w:type="spellEnd"/>
      <w:r w:rsidRPr="00432D55">
        <w:t xml:space="preserve">, </w:t>
      </w:r>
      <w:proofErr w:type="spellStart"/>
      <w:r w:rsidRPr="00432D55">
        <w:t>tareas</w:t>
      </w:r>
      <w:proofErr w:type="spellEnd"/>
      <w:r w:rsidRPr="00432D55">
        <w:t xml:space="preserve"> y </w:t>
      </w:r>
      <w:proofErr w:type="spellStart"/>
      <w:r w:rsidRPr="00432D55">
        <w:t>demás</w:t>
      </w:r>
      <w:proofErr w:type="spellEnd"/>
      <w:r w:rsidRPr="00432D55">
        <w:t xml:space="preserve"> </w:t>
      </w:r>
      <w:proofErr w:type="spellStart"/>
      <w:r w:rsidRPr="00432D55">
        <w:t>actividades</w:t>
      </w:r>
      <w:proofErr w:type="spellEnd"/>
      <w:r w:rsidRPr="00432D55">
        <w:t xml:space="preserve"> </w:t>
      </w:r>
      <w:proofErr w:type="spellStart"/>
      <w:r w:rsidRPr="00432D55">
        <w:t>como</w:t>
      </w:r>
      <w:proofErr w:type="spellEnd"/>
      <w:r w:rsidRPr="00432D55">
        <w:t xml:space="preserve"> </w:t>
      </w:r>
      <w:proofErr w:type="spellStart"/>
      <w:r w:rsidRPr="00432D55">
        <w:t>parte</w:t>
      </w:r>
      <w:proofErr w:type="spellEnd"/>
      <w:r w:rsidRPr="00432D55">
        <w:t xml:space="preserve"> de</w:t>
      </w:r>
      <w:r>
        <w:t xml:space="preserve"> </w:t>
      </w:r>
      <w:r>
        <w:rPr>
          <w:b/>
          <w:bCs/>
        </w:rPr>
        <w:t>………………………………………………………………………………………………</w:t>
      </w:r>
      <w:proofErr w:type="spellStart"/>
      <w:r w:rsidRPr="00432D55">
        <w:t>según</w:t>
      </w:r>
      <w:proofErr w:type="spellEnd"/>
      <w:r w:rsidRPr="00432D55">
        <w:t xml:space="preserve"> </w:t>
      </w:r>
      <w:proofErr w:type="spellStart"/>
      <w:r w:rsidRPr="00432D55">
        <w:t>alcance</w:t>
      </w:r>
      <w:proofErr w:type="spellEnd"/>
      <w:r w:rsidRPr="00432D55">
        <w:t xml:space="preserve"> </w:t>
      </w:r>
      <w:proofErr w:type="spellStart"/>
      <w:r w:rsidRPr="00432D55">
        <w:t>indicado</w:t>
      </w:r>
      <w:proofErr w:type="spellEnd"/>
      <w:r w:rsidRPr="00432D55">
        <w:t xml:space="preserve"> </w:t>
      </w:r>
      <w:proofErr w:type="spellStart"/>
      <w:r w:rsidRPr="00432D55">
        <w:t>en</w:t>
      </w:r>
      <w:proofErr w:type="spellEnd"/>
      <w:r w:rsidRPr="00432D55">
        <w:t xml:space="preserve"> </w:t>
      </w:r>
      <w:proofErr w:type="spellStart"/>
      <w:r w:rsidRPr="00432D55">
        <w:t>los</w:t>
      </w:r>
      <w:proofErr w:type="spellEnd"/>
      <w:r w:rsidRPr="00432D55">
        <w:t xml:space="preserve"> </w:t>
      </w:r>
      <w:proofErr w:type="spellStart"/>
      <w:r w:rsidRPr="00432D55">
        <w:t>Términos</w:t>
      </w:r>
      <w:proofErr w:type="spellEnd"/>
      <w:r w:rsidRPr="00432D55">
        <w:t xml:space="preserve"> de </w:t>
      </w:r>
      <w:proofErr w:type="spellStart"/>
      <w:r w:rsidRPr="00432D55">
        <w:t>Referencia</w:t>
      </w:r>
      <w:proofErr w:type="spellEnd"/>
      <w:r w:rsidRPr="00432D55">
        <w:t xml:space="preserve">, no </w:t>
      </w:r>
      <w:proofErr w:type="spellStart"/>
      <w:r w:rsidRPr="00432D55">
        <w:t>revelando</w:t>
      </w:r>
      <w:proofErr w:type="spellEnd"/>
      <w:r w:rsidRPr="00432D55">
        <w:t xml:space="preserve"> </w:t>
      </w:r>
      <w:proofErr w:type="spellStart"/>
      <w:r w:rsidRPr="00432D55">
        <w:t>en</w:t>
      </w:r>
      <w:proofErr w:type="spellEnd"/>
      <w:r w:rsidRPr="00432D55">
        <w:t xml:space="preserve"> forma oral, </w:t>
      </w:r>
      <w:proofErr w:type="spellStart"/>
      <w:r w:rsidRPr="00432D55">
        <w:t>escrita</w:t>
      </w:r>
      <w:proofErr w:type="spellEnd"/>
      <w:r w:rsidRPr="00432D55">
        <w:t xml:space="preserve">, </w:t>
      </w:r>
      <w:proofErr w:type="spellStart"/>
      <w:r w:rsidRPr="00432D55">
        <w:t>ni</w:t>
      </w:r>
      <w:proofErr w:type="spellEnd"/>
      <w:r w:rsidRPr="00432D55">
        <w:t xml:space="preserve"> </w:t>
      </w:r>
      <w:proofErr w:type="spellStart"/>
      <w:r w:rsidRPr="00432D55">
        <w:t>por</w:t>
      </w:r>
      <w:proofErr w:type="spellEnd"/>
      <w:r w:rsidRPr="00432D55">
        <w:t xml:space="preserve"> </w:t>
      </w:r>
      <w:proofErr w:type="spellStart"/>
      <w:r w:rsidRPr="00432D55">
        <w:t>cualquier</w:t>
      </w:r>
      <w:proofErr w:type="spellEnd"/>
      <w:r w:rsidRPr="00432D55">
        <w:t xml:space="preserve"> </w:t>
      </w:r>
      <w:proofErr w:type="spellStart"/>
      <w:r w:rsidRPr="00432D55">
        <w:t>otro</w:t>
      </w:r>
      <w:proofErr w:type="spellEnd"/>
      <w:r w:rsidRPr="00432D55">
        <w:t xml:space="preserve"> medio, </w:t>
      </w:r>
      <w:proofErr w:type="spellStart"/>
      <w:r w:rsidRPr="00432D55">
        <w:t>hechos</w:t>
      </w:r>
      <w:proofErr w:type="spellEnd"/>
      <w:r w:rsidRPr="00432D55">
        <w:t xml:space="preserve">, </w:t>
      </w:r>
      <w:proofErr w:type="spellStart"/>
      <w:r w:rsidRPr="00432D55">
        <w:t>datos</w:t>
      </w:r>
      <w:proofErr w:type="spellEnd"/>
      <w:r w:rsidRPr="00432D55">
        <w:t xml:space="preserve">, </w:t>
      </w:r>
      <w:proofErr w:type="spellStart"/>
      <w:r w:rsidRPr="00432D55">
        <w:t>procedimientos</w:t>
      </w:r>
      <w:proofErr w:type="spellEnd"/>
      <w:r w:rsidRPr="00432D55">
        <w:t xml:space="preserve">, </w:t>
      </w:r>
      <w:proofErr w:type="spellStart"/>
      <w:r w:rsidRPr="00432D55">
        <w:t>documentación</w:t>
      </w:r>
      <w:proofErr w:type="spellEnd"/>
      <w:r w:rsidRPr="00432D55">
        <w:t xml:space="preserve"> e </w:t>
      </w:r>
      <w:proofErr w:type="spellStart"/>
      <w:r w:rsidRPr="00432D55">
        <w:t>información</w:t>
      </w:r>
      <w:proofErr w:type="spellEnd"/>
      <w:r w:rsidRPr="00432D55">
        <w:t xml:space="preserve"> de </w:t>
      </w:r>
      <w:proofErr w:type="spellStart"/>
      <w:r w:rsidRPr="00432D55">
        <w:t>acceso</w:t>
      </w:r>
      <w:proofErr w:type="spellEnd"/>
      <w:r w:rsidRPr="00432D55">
        <w:t xml:space="preserve"> </w:t>
      </w:r>
      <w:proofErr w:type="spellStart"/>
      <w:r w:rsidRPr="00432D55">
        <w:t>restringido</w:t>
      </w:r>
      <w:proofErr w:type="spellEnd"/>
      <w:r w:rsidRPr="00432D55">
        <w:t xml:space="preserve"> (</w:t>
      </w:r>
      <w:proofErr w:type="spellStart"/>
      <w:r w:rsidRPr="00432D55">
        <w:t>confidencial</w:t>
      </w:r>
      <w:proofErr w:type="spellEnd"/>
      <w:r w:rsidRPr="00432D55">
        <w:t xml:space="preserve">), a la que </w:t>
      </w:r>
      <w:proofErr w:type="spellStart"/>
      <w:r w:rsidRPr="00432D55">
        <w:t>tengo</w:t>
      </w:r>
      <w:proofErr w:type="spellEnd"/>
      <w:r w:rsidRPr="00432D55">
        <w:t xml:space="preserve"> </w:t>
      </w:r>
      <w:proofErr w:type="spellStart"/>
      <w:r w:rsidRPr="00432D55">
        <w:t>acceso</w:t>
      </w:r>
      <w:proofErr w:type="spellEnd"/>
      <w:r w:rsidRPr="00432D55">
        <w:t xml:space="preserve"> a </w:t>
      </w:r>
      <w:proofErr w:type="spellStart"/>
      <w:r w:rsidRPr="00432D55">
        <w:t>partir</w:t>
      </w:r>
      <w:proofErr w:type="spellEnd"/>
      <w:r w:rsidRPr="00432D55">
        <w:t xml:space="preserve"> del </w:t>
      </w:r>
      <w:proofErr w:type="spellStart"/>
      <w:r w:rsidRPr="00432D55">
        <w:t>inicio</w:t>
      </w:r>
      <w:proofErr w:type="spellEnd"/>
      <w:r w:rsidRPr="00432D55">
        <w:t xml:space="preserve"> de mis </w:t>
      </w:r>
      <w:proofErr w:type="spellStart"/>
      <w:r w:rsidRPr="00432D55">
        <w:t>funciones</w:t>
      </w:r>
      <w:proofErr w:type="spellEnd"/>
      <w:r w:rsidRPr="00432D55">
        <w:t xml:space="preserve"> </w:t>
      </w:r>
      <w:proofErr w:type="spellStart"/>
      <w:r w:rsidRPr="00432D55">
        <w:t>relacionadas</w:t>
      </w:r>
      <w:proofErr w:type="spellEnd"/>
      <w:r w:rsidRPr="00432D55">
        <w:t xml:space="preserve"> con </w:t>
      </w:r>
      <w:proofErr w:type="spellStart"/>
      <w:r w:rsidRPr="00432D55">
        <w:t>el</w:t>
      </w:r>
      <w:proofErr w:type="spellEnd"/>
      <w:r w:rsidRPr="00432D55">
        <w:t xml:space="preserve"> </w:t>
      </w:r>
      <w:proofErr w:type="spellStart"/>
      <w:r w:rsidRPr="00432D55">
        <w:t>referido</w:t>
      </w:r>
      <w:proofErr w:type="spellEnd"/>
      <w:r w:rsidRPr="00432D55">
        <w:t xml:space="preserve"> </w:t>
      </w:r>
      <w:proofErr w:type="spellStart"/>
      <w:r w:rsidRPr="00432D55">
        <w:t>servicio</w:t>
      </w:r>
      <w:proofErr w:type="spellEnd"/>
      <w:r w:rsidRPr="00432D55">
        <w:t xml:space="preserve">, </w:t>
      </w:r>
      <w:proofErr w:type="spellStart"/>
      <w:r w:rsidRPr="00432D55">
        <w:t>manteniendo</w:t>
      </w:r>
      <w:proofErr w:type="spellEnd"/>
      <w:r w:rsidRPr="00432D55">
        <w:t xml:space="preserve"> la </w:t>
      </w:r>
      <w:proofErr w:type="spellStart"/>
      <w:r w:rsidRPr="00432D55">
        <w:t>confidencialidad</w:t>
      </w:r>
      <w:proofErr w:type="spellEnd"/>
      <w:r w:rsidRPr="00432D55">
        <w:t xml:space="preserve"> de la </w:t>
      </w:r>
      <w:proofErr w:type="spellStart"/>
      <w:r w:rsidRPr="00432D55">
        <w:t>misma</w:t>
      </w:r>
      <w:proofErr w:type="spellEnd"/>
      <w:r w:rsidRPr="00432D55">
        <w:t xml:space="preserve"> de </w:t>
      </w:r>
      <w:proofErr w:type="spellStart"/>
      <w:r w:rsidRPr="00432D55">
        <w:t>manera</w:t>
      </w:r>
      <w:proofErr w:type="spellEnd"/>
      <w:r w:rsidRPr="00432D55">
        <w:t xml:space="preserve"> </w:t>
      </w:r>
      <w:proofErr w:type="spellStart"/>
      <w:r w:rsidRPr="00432D55">
        <w:t>permanente</w:t>
      </w:r>
      <w:proofErr w:type="spellEnd"/>
      <w:r w:rsidRPr="00432D55">
        <w:t>.</w:t>
      </w:r>
    </w:p>
    <w:p w14:paraId="4671256E" w14:textId="77777777" w:rsidR="00F11FA5" w:rsidRPr="00432D55" w:rsidRDefault="00F11FA5" w:rsidP="00432D55">
      <w:pPr>
        <w:spacing w:after="0"/>
        <w:jc w:val="both"/>
        <w:rPr>
          <w:sz w:val="10"/>
          <w:szCs w:val="10"/>
        </w:rPr>
      </w:pPr>
    </w:p>
    <w:p w14:paraId="7DB5D21C" w14:textId="77777777" w:rsidR="00F11FA5" w:rsidRDefault="00F11FA5" w:rsidP="00432D55">
      <w:pPr>
        <w:spacing w:after="0"/>
        <w:jc w:val="both"/>
      </w:pPr>
      <w:r w:rsidRPr="00432D55">
        <w:t xml:space="preserve">De </w:t>
      </w:r>
      <w:proofErr w:type="spellStart"/>
      <w:r w:rsidRPr="00432D55">
        <w:t>igual</w:t>
      </w:r>
      <w:proofErr w:type="spellEnd"/>
      <w:r w:rsidRPr="00432D55">
        <w:t xml:space="preserve"> </w:t>
      </w:r>
      <w:proofErr w:type="spellStart"/>
      <w:r w:rsidRPr="00432D55">
        <w:t>manera</w:t>
      </w:r>
      <w:proofErr w:type="spellEnd"/>
      <w:r w:rsidRPr="00432D55">
        <w:t xml:space="preserve"> me </w:t>
      </w:r>
      <w:proofErr w:type="spellStart"/>
      <w:r w:rsidRPr="00432D55">
        <w:t>comprometo</w:t>
      </w:r>
      <w:proofErr w:type="spellEnd"/>
      <w:r w:rsidRPr="00432D55">
        <w:t xml:space="preserve"> a </w:t>
      </w:r>
      <w:proofErr w:type="spellStart"/>
      <w:r w:rsidRPr="00432D55">
        <w:t>cumplir</w:t>
      </w:r>
      <w:proofErr w:type="spellEnd"/>
      <w:r w:rsidRPr="00432D55">
        <w:t xml:space="preserve"> con: la Política </w:t>
      </w:r>
      <w:proofErr w:type="spellStart"/>
      <w:r w:rsidRPr="00432D55">
        <w:t>Integrada</w:t>
      </w:r>
      <w:proofErr w:type="spellEnd"/>
      <w:r w:rsidRPr="00432D55">
        <w:t xml:space="preserve"> de la </w:t>
      </w:r>
      <w:proofErr w:type="spellStart"/>
      <w:r w:rsidRPr="00432D55">
        <w:t>Gestión</w:t>
      </w:r>
      <w:proofErr w:type="spellEnd"/>
      <w:r w:rsidRPr="00432D55">
        <w:t xml:space="preserve"> de la Calidad ISO 9001, </w:t>
      </w:r>
      <w:proofErr w:type="spellStart"/>
      <w:r w:rsidRPr="00432D55">
        <w:t>Gestión</w:t>
      </w:r>
      <w:proofErr w:type="spellEnd"/>
      <w:r w:rsidRPr="00432D55">
        <w:t xml:space="preserve"> de </w:t>
      </w:r>
      <w:proofErr w:type="spellStart"/>
      <w:r w:rsidRPr="00432D55">
        <w:t>Seguridad</w:t>
      </w:r>
      <w:proofErr w:type="spellEnd"/>
      <w:r w:rsidRPr="00432D55">
        <w:t xml:space="preserve"> de la </w:t>
      </w:r>
      <w:proofErr w:type="spellStart"/>
      <w:r w:rsidRPr="00432D55">
        <w:t>Información</w:t>
      </w:r>
      <w:proofErr w:type="spellEnd"/>
      <w:r w:rsidRPr="00432D55">
        <w:t xml:space="preserve"> ISO 27001 y </w:t>
      </w:r>
      <w:proofErr w:type="spellStart"/>
      <w:r w:rsidRPr="00432D55">
        <w:t>Gestión</w:t>
      </w:r>
      <w:proofErr w:type="spellEnd"/>
      <w:r w:rsidRPr="00432D55">
        <w:t xml:space="preserve"> </w:t>
      </w:r>
      <w:proofErr w:type="spellStart"/>
      <w:r w:rsidRPr="00432D55">
        <w:t>Antisoborno</w:t>
      </w:r>
      <w:proofErr w:type="spellEnd"/>
      <w:r w:rsidRPr="00432D55">
        <w:t xml:space="preserve"> ISO 37001 del OSCE, las </w:t>
      </w:r>
      <w:proofErr w:type="spellStart"/>
      <w:r w:rsidRPr="00432D55">
        <w:t>Políticas</w:t>
      </w:r>
      <w:proofErr w:type="spellEnd"/>
      <w:r w:rsidRPr="00432D55">
        <w:t xml:space="preserve"> de </w:t>
      </w:r>
      <w:proofErr w:type="spellStart"/>
      <w:r w:rsidRPr="00432D55">
        <w:t>Seguridad</w:t>
      </w:r>
      <w:proofErr w:type="spellEnd"/>
      <w:r w:rsidRPr="00432D55">
        <w:t xml:space="preserve"> de la </w:t>
      </w:r>
      <w:proofErr w:type="spellStart"/>
      <w:r w:rsidRPr="00432D55">
        <w:t>Información</w:t>
      </w:r>
      <w:proofErr w:type="spellEnd"/>
      <w:r w:rsidRPr="00432D55">
        <w:t xml:space="preserve"> del OECE, y </w:t>
      </w:r>
      <w:proofErr w:type="spellStart"/>
      <w:r w:rsidRPr="00432D55">
        <w:t>demás</w:t>
      </w:r>
      <w:proofErr w:type="spellEnd"/>
      <w:r w:rsidRPr="00432D55">
        <w:t xml:space="preserve"> </w:t>
      </w:r>
      <w:proofErr w:type="spellStart"/>
      <w:r w:rsidRPr="00432D55">
        <w:t>normas</w:t>
      </w:r>
      <w:proofErr w:type="spellEnd"/>
      <w:r w:rsidRPr="00432D55">
        <w:t xml:space="preserve"> y </w:t>
      </w:r>
      <w:proofErr w:type="spellStart"/>
      <w:r w:rsidRPr="00432D55">
        <w:t>Leyes</w:t>
      </w:r>
      <w:proofErr w:type="spellEnd"/>
      <w:r w:rsidRPr="00432D55">
        <w:t xml:space="preserve"> </w:t>
      </w:r>
      <w:proofErr w:type="spellStart"/>
      <w:r w:rsidRPr="00432D55">
        <w:t>correspondientes</w:t>
      </w:r>
      <w:proofErr w:type="spellEnd"/>
      <w:r w:rsidRPr="00432D55">
        <w:t xml:space="preserve"> a </w:t>
      </w:r>
      <w:proofErr w:type="spellStart"/>
      <w:r w:rsidRPr="00432D55">
        <w:t>seguridad</w:t>
      </w:r>
      <w:proofErr w:type="spellEnd"/>
      <w:r w:rsidRPr="00432D55">
        <w:t xml:space="preserve"> de la </w:t>
      </w:r>
      <w:proofErr w:type="spellStart"/>
      <w:r w:rsidRPr="00432D55">
        <w:t>información</w:t>
      </w:r>
      <w:proofErr w:type="spellEnd"/>
      <w:r w:rsidRPr="00432D55">
        <w:t xml:space="preserve">, </w:t>
      </w:r>
      <w:proofErr w:type="spellStart"/>
      <w:r w:rsidRPr="00432D55">
        <w:t>vigentes</w:t>
      </w:r>
      <w:proofErr w:type="spellEnd"/>
      <w:r w:rsidRPr="00432D55">
        <w:t xml:space="preserve">. Los </w:t>
      </w:r>
      <w:proofErr w:type="spellStart"/>
      <w:r w:rsidRPr="00432D55">
        <w:t>cuales</w:t>
      </w:r>
      <w:proofErr w:type="spellEnd"/>
      <w:r w:rsidRPr="00432D55">
        <w:t xml:space="preserve"> se </w:t>
      </w:r>
      <w:proofErr w:type="spellStart"/>
      <w:r w:rsidRPr="00432D55">
        <w:t>encuentran</w:t>
      </w:r>
      <w:proofErr w:type="spellEnd"/>
      <w:r w:rsidRPr="00432D55">
        <w:t xml:space="preserve"> </w:t>
      </w:r>
      <w:proofErr w:type="spellStart"/>
      <w:r w:rsidRPr="00432D55">
        <w:t>en</w:t>
      </w:r>
      <w:proofErr w:type="spellEnd"/>
      <w:r w:rsidRPr="00432D55">
        <w:t xml:space="preserve"> </w:t>
      </w:r>
      <w:proofErr w:type="spellStart"/>
      <w:r w:rsidRPr="00432D55">
        <w:t>los</w:t>
      </w:r>
      <w:proofErr w:type="spellEnd"/>
      <w:r w:rsidRPr="00432D55">
        <w:t xml:space="preserve"> </w:t>
      </w:r>
      <w:proofErr w:type="spellStart"/>
      <w:r w:rsidRPr="00432D55">
        <w:t>siguientes</w:t>
      </w:r>
      <w:proofErr w:type="spellEnd"/>
      <w:r w:rsidRPr="00432D55">
        <w:t xml:space="preserve"> enlaces </w:t>
      </w:r>
      <w:proofErr w:type="spellStart"/>
      <w:r w:rsidRPr="00432D55">
        <w:t>respectivamente</w:t>
      </w:r>
      <w:proofErr w:type="spellEnd"/>
      <w:r w:rsidRPr="00432D55">
        <w:t>:</w:t>
      </w:r>
    </w:p>
    <w:p w14:paraId="434A849E" w14:textId="77777777" w:rsidR="00F11FA5" w:rsidRPr="00432D55" w:rsidRDefault="00F11FA5" w:rsidP="00432D55">
      <w:pPr>
        <w:spacing w:after="0"/>
        <w:jc w:val="both"/>
        <w:rPr>
          <w:sz w:val="10"/>
          <w:szCs w:val="10"/>
        </w:rPr>
      </w:pPr>
    </w:p>
    <w:p w14:paraId="1CCE7266" w14:textId="77777777" w:rsidR="00F11FA5" w:rsidRDefault="006055D9" w:rsidP="00F11FA5">
      <w:pPr>
        <w:pStyle w:val="Prrafodelista"/>
        <w:numPr>
          <w:ilvl w:val="0"/>
          <w:numId w:val="12"/>
        </w:numPr>
        <w:spacing w:after="0" w:line="259" w:lineRule="auto"/>
        <w:jc w:val="both"/>
      </w:pPr>
      <w:hyperlink r:id="rId6" w:history="1">
        <w:r w:rsidR="00F11FA5" w:rsidRPr="00B8684E">
          <w:rPr>
            <w:rStyle w:val="Hipervnculo"/>
          </w:rPr>
          <w:t>https://www.gob.pe/institucion/osce/informes-publicaciones/1130248-politica-delsistema-integrado-de-gestion-del-osce</w:t>
        </w:r>
      </w:hyperlink>
    </w:p>
    <w:p w14:paraId="37077418" w14:textId="77777777" w:rsidR="00F11FA5" w:rsidRDefault="006055D9" w:rsidP="00F11FA5">
      <w:pPr>
        <w:pStyle w:val="Prrafodelista"/>
        <w:numPr>
          <w:ilvl w:val="0"/>
          <w:numId w:val="12"/>
        </w:numPr>
        <w:spacing w:after="0" w:line="259" w:lineRule="auto"/>
        <w:jc w:val="both"/>
      </w:pPr>
      <w:hyperlink r:id="rId7" w:history="1">
        <w:r w:rsidR="00F11FA5" w:rsidRPr="00B8684E">
          <w:rPr>
            <w:rStyle w:val="Hipervnculo"/>
          </w:rPr>
          <w:t>https://www.gob.pe/institucion/osce/normas-legales/4601947-062-2023-osce-sge</w:t>
        </w:r>
      </w:hyperlink>
      <w:r w:rsidR="00F11FA5">
        <w:t>.</w:t>
      </w:r>
    </w:p>
    <w:p w14:paraId="33FD89AC" w14:textId="77777777" w:rsidR="00F11FA5" w:rsidRDefault="00F11FA5" w:rsidP="00432D55">
      <w:pPr>
        <w:spacing w:after="0"/>
        <w:jc w:val="both"/>
      </w:pPr>
    </w:p>
    <w:p w14:paraId="209753DE" w14:textId="77777777" w:rsidR="00F11FA5" w:rsidRDefault="00F11FA5" w:rsidP="00432D55">
      <w:pPr>
        <w:spacing w:after="0"/>
        <w:jc w:val="both"/>
      </w:pPr>
      <w:r w:rsidRPr="00432D55">
        <w:t xml:space="preserve">Los </w:t>
      </w:r>
      <w:proofErr w:type="spellStart"/>
      <w:r w:rsidRPr="00432D55">
        <w:t>cuales</w:t>
      </w:r>
      <w:proofErr w:type="spellEnd"/>
      <w:r w:rsidRPr="00432D55">
        <w:t xml:space="preserve"> </w:t>
      </w:r>
      <w:proofErr w:type="spellStart"/>
      <w:r w:rsidRPr="00432D55">
        <w:t>deben</w:t>
      </w:r>
      <w:proofErr w:type="spellEnd"/>
      <w:r w:rsidRPr="00432D55">
        <w:t xml:space="preserve"> ser </w:t>
      </w:r>
      <w:proofErr w:type="spellStart"/>
      <w:r w:rsidRPr="00432D55">
        <w:t>verificados</w:t>
      </w:r>
      <w:proofErr w:type="spellEnd"/>
      <w:r w:rsidRPr="00432D55">
        <w:t xml:space="preserve"> para </w:t>
      </w:r>
      <w:proofErr w:type="spellStart"/>
      <w:r w:rsidRPr="00432D55">
        <w:t>su</w:t>
      </w:r>
      <w:proofErr w:type="spellEnd"/>
      <w:r w:rsidRPr="00432D55">
        <w:t xml:space="preserve"> </w:t>
      </w:r>
      <w:proofErr w:type="spellStart"/>
      <w:r w:rsidRPr="00432D55">
        <w:t>estricto</w:t>
      </w:r>
      <w:proofErr w:type="spellEnd"/>
      <w:r w:rsidRPr="00432D55">
        <w:t xml:space="preserve"> </w:t>
      </w:r>
      <w:proofErr w:type="spellStart"/>
      <w:r w:rsidRPr="00432D55">
        <w:t>cumplimiento</w:t>
      </w:r>
      <w:proofErr w:type="spellEnd"/>
      <w:r w:rsidRPr="00432D55">
        <w:t xml:space="preserve">, </w:t>
      </w:r>
      <w:proofErr w:type="spellStart"/>
      <w:r w:rsidRPr="00432D55">
        <w:t>en</w:t>
      </w:r>
      <w:proofErr w:type="spellEnd"/>
      <w:r w:rsidRPr="00432D55">
        <w:t xml:space="preserve"> </w:t>
      </w:r>
      <w:proofErr w:type="spellStart"/>
      <w:r w:rsidRPr="00432D55">
        <w:t>caso</w:t>
      </w:r>
      <w:proofErr w:type="spellEnd"/>
      <w:r w:rsidRPr="00432D55">
        <w:t xml:space="preserve"> que </w:t>
      </w:r>
      <w:proofErr w:type="spellStart"/>
      <w:r w:rsidRPr="00432D55">
        <w:t>incumpliera</w:t>
      </w:r>
      <w:proofErr w:type="spellEnd"/>
      <w:r w:rsidRPr="00432D55">
        <w:t xml:space="preserve"> con </w:t>
      </w:r>
      <w:proofErr w:type="spellStart"/>
      <w:r w:rsidRPr="00432D55">
        <w:t>cualquiera</w:t>
      </w:r>
      <w:proofErr w:type="spellEnd"/>
      <w:r w:rsidRPr="00432D55">
        <w:t xml:space="preserve"> de las </w:t>
      </w:r>
      <w:proofErr w:type="spellStart"/>
      <w:r w:rsidRPr="00432D55">
        <w:t>obligaciones</w:t>
      </w:r>
      <w:proofErr w:type="spellEnd"/>
      <w:r w:rsidRPr="00432D55">
        <w:t xml:space="preserve"> </w:t>
      </w:r>
      <w:proofErr w:type="spellStart"/>
      <w:r w:rsidRPr="00432D55">
        <w:t>estipuladas</w:t>
      </w:r>
      <w:proofErr w:type="spellEnd"/>
      <w:r w:rsidRPr="00432D55">
        <w:t xml:space="preserve"> </w:t>
      </w:r>
      <w:proofErr w:type="spellStart"/>
      <w:r w:rsidRPr="00432D55">
        <w:t>en</w:t>
      </w:r>
      <w:proofErr w:type="spellEnd"/>
      <w:r w:rsidRPr="00432D55">
        <w:t xml:space="preserve"> </w:t>
      </w:r>
      <w:proofErr w:type="spellStart"/>
      <w:r w:rsidRPr="00432D55">
        <w:t>el</w:t>
      </w:r>
      <w:proofErr w:type="spellEnd"/>
      <w:r w:rsidRPr="00432D55">
        <w:t xml:space="preserve"> </w:t>
      </w:r>
      <w:proofErr w:type="spellStart"/>
      <w:r w:rsidRPr="00432D55">
        <w:t>presente</w:t>
      </w:r>
      <w:proofErr w:type="spellEnd"/>
      <w:r w:rsidRPr="00432D55">
        <w:t xml:space="preserve"> </w:t>
      </w:r>
      <w:proofErr w:type="spellStart"/>
      <w:r w:rsidRPr="00432D55">
        <w:t>acuerdo</w:t>
      </w:r>
      <w:proofErr w:type="spellEnd"/>
      <w:r w:rsidRPr="00432D55">
        <w:t xml:space="preserve">, </w:t>
      </w:r>
      <w:proofErr w:type="spellStart"/>
      <w:r w:rsidRPr="00432D55">
        <w:t>el</w:t>
      </w:r>
      <w:proofErr w:type="spellEnd"/>
      <w:r w:rsidRPr="00432D55">
        <w:t xml:space="preserve"> OECE y </w:t>
      </w:r>
      <w:proofErr w:type="spellStart"/>
      <w:r w:rsidRPr="00432D55">
        <w:t>el</w:t>
      </w:r>
      <w:proofErr w:type="spellEnd"/>
      <w:r w:rsidRPr="00432D55">
        <w:t xml:space="preserve"> </w:t>
      </w:r>
      <w:proofErr w:type="spellStart"/>
      <w:r w:rsidRPr="00432D55">
        <w:t>contratista</w:t>
      </w:r>
      <w:proofErr w:type="spellEnd"/>
      <w:r w:rsidRPr="00432D55">
        <w:t xml:space="preserve"> </w:t>
      </w:r>
      <w:proofErr w:type="spellStart"/>
      <w:r w:rsidRPr="00432D55">
        <w:t>están</w:t>
      </w:r>
      <w:proofErr w:type="spellEnd"/>
      <w:r w:rsidRPr="00432D55">
        <w:t xml:space="preserve"> </w:t>
      </w:r>
      <w:proofErr w:type="spellStart"/>
      <w:r w:rsidRPr="00432D55">
        <w:t>autorizados</w:t>
      </w:r>
      <w:proofErr w:type="spellEnd"/>
      <w:r w:rsidRPr="00432D55">
        <w:t xml:space="preserve"> </w:t>
      </w:r>
      <w:proofErr w:type="gramStart"/>
      <w:r w:rsidRPr="00432D55">
        <w:t>a</w:t>
      </w:r>
      <w:proofErr w:type="gramEnd"/>
      <w:r w:rsidRPr="00432D55">
        <w:t xml:space="preserve"> </w:t>
      </w:r>
      <w:proofErr w:type="spellStart"/>
      <w:r w:rsidRPr="00432D55">
        <w:t>iniciar</w:t>
      </w:r>
      <w:proofErr w:type="spellEnd"/>
      <w:r w:rsidRPr="00432D55">
        <w:t xml:space="preserve"> </w:t>
      </w:r>
      <w:proofErr w:type="spellStart"/>
      <w:r w:rsidRPr="00432D55">
        <w:t>todas</w:t>
      </w:r>
      <w:proofErr w:type="spellEnd"/>
      <w:r w:rsidRPr="00432D55">
        <w:t xml:space="preserve"> las </w:t>
      </w:r>
      <w:proofErr w:type="spellStart"/>
      <w:r w:rsidRPr="00432D55">
        <w:t>acciones</w:t>
      </w:r>
      <w:proofErr w:type="spellEnd"/>
      <w:r w:rsidRPr="00432D55">
        <w:t xml:space="preserve"> </w:t>
      </w:r>
      <w:proofErr w:type="spellStart"/>
      <w:r w:rsidRPr="00432D55">
        <w:t>judiciales</w:t>
      </w:r>
      <w:proofErr w:type="spellEnd"/>
      <w:r w:rsidRPr="00432D55">
        <w:t xml:space="preserve"> o </w:t>
      </w:r>
      <w:proofErr w:type="spellStart"/>
      <w:r w:rsidRPr="00432D55">
        <w:t>extrajudiciales</w:t>
      </w:r>
      <w:proofErr w:type="spellEnd"/>
      <w:r w:rsidRPr="00432D55">
        <w:t xml:space="preserve"> </w:t>
      </w:r>
      <w:proofErr w:type="spellStart"/>
      <w:r w:rsidRPr="00432D55">
        <w:t>necesarias</w:t>
      </w:r>
      <w:proofErr w:type="spellEnd"/>
      <w:r w:rsidRPr="00432D55">
        <w:t xml:space="preserve"> para </w:t>
      </w:r>
      <w:proofErr w:type="spellStart"/>
      <w:r w:rsidRPr="00432D55">
        <w:t>resarcir</w:t>
      </w:r>
      <w:proofErr w:type="spellEnd"/>
      <w:r w:rsidRPr="00432D55">
        <w:t xml:space="preserve"> del </w:t>
      </w:r>
      <w:proofErr w:type="spellStart"/>
      <w:r w:rsidRPr="00432D55">
        <w:t>perjuicio</w:t>
      </w:r>
      <w:proofErr w:type="spellEnd"/>
      <w:r w:rsidRPr="00432D55">
        <w:t xml:space="preserve"> y la </w:t>
      </w:r>
      <w:proofErr w:type="spellStart"/>
      <w:r w:rsidRPr="00432D55">
        <w:t>obligación</w:t>
      </w:r>
      <w:proofErr w:type="spellEnd"/>
      <w:r w:rsidRPr="00432D55">
        <w:t xml:space="preserve"> de </w:t>
      </w:r>
      <w:proofErr w:type="spellStart"/>
      <w:r w:rsidRPr="00432D55">
        <w:t>confidencialidad</w:t>
      </w:r>
      <w:proofErr w:type="spellEnd"/>
      <w:r w:rsidRPr="00432D55">
        <w:t xml:space="preserve"> </w:t>
      </w:r>
      <w:proofErr w:type="spellStart"/>
      <w:r w:rsidRPr="00432D55">
        <w:t>perdurará</w:t>
      </w:r>
      <w:proofErr w:type="spellEnd"/>
      <w:r w:rsidRPr="00432D55">
        <w:t xml:space="preserve"> </w:t>
      </w:r>
      <w:proofErr w:type="spellStart"/>
      <w:r w:rsidRPr="00432D55">
        <w:t>mientras</w:t>
      </w:r>
      <w:proofErr w:type="spellEnd"/>
      <w:r w:rsidRPr="00432D55">
        <w:t xml:space="preserve"> la </w:t>
      </w:r>
      <w:proofErr w:type="spellStart"/>
      <w:r w:rsidRPr="00432D55">
        <w:t>información</w:t>
      </w:r>
      <w:proofErr w:type="spellEnd"/>
      <w:r w:rsidRPr="00432D55">
        <w:t xml:space="preserve"> conserve las </w:t>
      </w:r>
      <w:proofErr w:type="spellStart"/>
      <w:r w:rsidRPr="00432D55">
        <w:t>características</w:t>
      </w:r>
      <w:proofErr w:type="spellEnd"/>
      <w:r w:rsidRPr="00432D55">
        <w:t xml:space="preserve"> para considerarse Confidencial.</w:t>
      </w:r>
    </w:p>
    <w:p w14:paraId="687930F4" w14:textId="77777777" w:rsidR="00F11FA5" w:rsidRDefault="00F11FA5" w:rsidP="00432D55">
      <w:pPr>
        <w:spacing w:after="0"/>
        <w:jc w:val="both"/>
      </w:pPr>
    </w:p>
    <w:p w14:paraId="0C580185" w14:textId="77777777" w:rsidR="00F11FA5" w:rsidRPr="00D920D2" w:rsidRDefault="00F11FA5" w:rsidP="00432D55">
      <w:pPr>
        <w:spacing w:after="0"/>
        <w:jc w:val="right"/>
        <w:rPr>
          <w:lang w:val="es-PE"/>
        </w:rPr>
      </w:pPr>
      <w:r w:rsidRPr="00D920D2">
        <w:rPr>
          <w:lang w:val="es-PE"/>
        </w:rPr>
        <w:t>Pucallpa, .....................................................</w:t>
      </w:r>
    </w:p>
    <w:p w14:paraId="273F0EFA" w14:textId="77777777" w:rsidR="00F11FA5" w:rsidRPr="00D920D2" w:rsidRDefault="00F11FA5" w:rsidP="00432D55">
      <w:pPr>
        <w:spacing w:after="0"/>
        <w:jc w:val="both"/>
        <w:rPr>
          <w:lang w:val="es-PE"/>
        </w:rPr>
      </w:pPr>
    </w:p>
    <w:p w14:paraId="392E677C" w14:textId="77777777" w:rsidR="00F11FA5" w:rsidRPr="00D920D2" w:rsidRDefault="00F11FA5" w:rsidP="00432D55">
      <w:pPr>
        <w:spacing w:after="0"/>
        <w:jc w:val="both"/>
        <w:rPr>
          <w:lang w:val="es-PE"/>
        </w:rPr>
      </w:pPr>
    </w:p>
    <w:p w14:paraId="4444D1A5" w14:textId="77777777" w:rsidR="00F11FA5" w:rsidRPr="00D920D2" w:rsidRDefault="00F11FA5" w:rsidP="00432D55">
      <w:pPr>
        <w:spacing w:after="0"/>
        <w:jc w:val="both"/>
        <w:rPr>
          <w:lang w:val="es-PE"/>
        </w:rPr>
      </w:pPr>
    </w:p>
    <w:p w14:paraId="1F2B795D" w14:textId="77777777" w:rsidR="00F11FA5" w:rsidRPr="00D920D2" w:rsidRDefault="00F11FA5" w:rsidP="00432D55">
      <w:pPr>
        <w:spacing w:after="0"/>
        <w:jc w:val="both"/>
        <w:rPr>
          <w:lang w:val="es-PE"/>
        </w:rPr>
      </w:pPr>
    </w:p>
    <w:p w14:paraId="61DBB721" w14:textId="77777777" w:rsidR="00F11FA5" w:rsidRPr="00D920D2" w:rsidRDefault="00F11FA5" w:rsidP="00432D55">
      <w:pPr>
        <w:spacing w:after="0"/>
        <w:jc w:val="both"/>
        <w:rPr>
          <w:lang w:val="es-PE"/>
        </w:rPr>
      </w:pPr>
    </w:p>
    <w:p w14:paraId="450D5EBB" w14:textId="77777777" w:rsidR="00F11FA5" w:rsidRPr="00D920D2" w:rsidRDefault="00F11FA5" w:rsidP="00432D55">
      <w:pPr>
        <w:spacing w:after="0"/>
        <w:jc w:val="both"/>
        <w:rPr>
          <w:lang w:val="es-PE"/>
        </w:rPr>
      </w:pPr>
    </w:p>
    <w:p w14:paraId="2CF7FB6F" w14:textId="77777777" w:rsidR="00F11FA5" w:rsidRPr="00D920D2" w:rsidRDefault="00F11FA5" w:rsidP="00432D55">
      <w:pPr>
        <w:spacing w:after="0"/>
        <w:jc w:val="center"/>
        <w:rPr>
          <w:lang w:val="es-PE"/>
        </w:rPr>
      </w:pPr>
      <w:r w:rsidRPr="00D920D2">
        <w:rPr>
          <w:lang w:val="es-PE"/>
        </w:rPr>
        <w:t>..............................................................</w:t>
      </w:r>
    </w:p>
    <w:p w14:paraId="4075A073" w14:textId="77777777" w:rsidR="00F11FA5" w:rsidRPr="005D711D" w:rsidRDefault="00F11FA5" w:rsidP="00432D55">
      <w:pPr>
        <w:spacing w:after="0"/>
        <w:jc w:val="center"/>
        <w:rPr>
          <w:lang w:val="es-PE"/>
        </w:rPr>
      </w:pPr>
      <w:r w:rsidRPr="005D711D">
        <w:rPr>
          <w:lang w:val="es-PE"/>
        </w:rPr>
        <w:t xml:space="preserve">NOMBRES Y </w:t>
      </w:r>
      <w:proofErr w:type="gramStart"/>
      <w:r w:rsidRPr="005D711D">
        <w:rPr>
          <w:lang w:val="es-PE"/>
        </w:rPr>
        <w:t>A</w:t>
      </w:r>
      <w:r>
        <w:rPr>
          <w:lang w:val="es-PE"/>
        </w:rPr>
        <w:t>PELLIDOS:…</w:t>
      </w:r>
      <w:proofErr w:type="gramEnd"/>
      <w:r>
        <w:rPr>
          <w:lang w:val="es-PE"/>
        </w:rPr>
        <w:t>………………………</w:t>
      </w:r>
    </w:p>
    <w:p w14:paraId="7B992E6C" w14:textId="77777777" w:rsidR="00F11FA5" w:rsidRPr="005D711D" w:rsidRDefault="00F11FA5" w:rsidP="00432D55">
      <w:pPr>
        <w:spacing w:after="0"/>
        <w:jc w:val="center"/>
        <w:rPr>
          <w:lang w:val="es-PE"/>
        </w:rPr>
      </w:pPr>
      <w:proofErr w:type="gramStart"/>
      <w:r w:rsidRPr="005D711D">
        <w:rPr>
          <w:lang w:val="es-PE"/>
        </w:rPr>
        <w:t>DNI</w:t>
      </w:r>
      <w:r>
        <w:rPr>
          <w:lang w:val="es-PE"/>
        </w:rPr>
        <w:t>:…</w:t>
      </w:r>
      <w:proofErr w:type="gramEnd"/>
      <w:r>
        <w:rPr>
          <w:lang w:val="es-PE"/>
        </w:rPr>
        <w:t>……………………………</w:t>
      </w:r>
    </w:p>
    <w:p w14:paraId="3E96CC7C" w14:textId="22CA52F4" w:rsidR="00F11FA5" w:rsidRPr="00D920D2" w:rsidRDefault="00F11FA5" w:rsidP="00432D55">
      <w:pPr>
        <w:spacing w:after="0"/>
        <w:jc w:val="center"/>
        <w:rPr>
          <w:lang w:val="es-PE"/>
        </w:rPr>
      </w:pPr>
      <w:r w:rsidRPr="00D920D2">
        <w:rPr>
          <w:lang w:val="es-PE"/>
        </w:rPr>
        <w:t>RUC: ..............................</w:t>
      </w:r>
    </w:p>
    <w:p w14:paraId="46DD18D5" w14:textId="2B0E7414" w:rsidR="00F11FA5" w:rsidRPr="00D920D2" w:rsidRDefault="00F11FA5" w:rsidP="00432D55">
      <w:pPr>
        <w:spacing w:after="0"/>
        <w:jc w:val="center"/>
        <w:rPr>
          <w:lang w:val="es-PE"/>
        </w:rPr>
      </w:pPr>
    </w:p>
    <w:p w14:paraId="6487EECB" w14:textId="4DE0BF2E" w:rsidR="00F11FA5" w:rsidRPr="00D920D2" w:rsidRDefault="00F11FA5" w:rsidP="00432D55">
      <w:pPr>
        <w:spacing w:after="0"/>
        <w:jc w:val="center"/>
        <w:rPr>
          <w:lang w:val="es-PE"/>
        </w:rPr>
      </w:pPr>
    </w:p>
    <w:p w14:paraId="421334F5" w14:textId="75E36E65" w:rsidR="00F11FA5" w:rsidRPr="00D920D2" w:rsidRDefault="00F11FA5" w:rsidP="00432D55">
      <w:pPr>
        <w:spacing w:after="0"/>
        <w:jc w:val="center"/>
        <w:rPr>
          <w:lang w:val="es-PE"/>
        </w:rPr>
      </w:pPr>
    </w:p>
    <w:p w14:paraId="310F1F44" w14:textId="77777777" w:rsidR="00F11FA5" w:rsidRPr="00D920D2" w:rsidRDefault="00F11FA5" w:rsidP="00432D55">
      <w:pPr>
        <w:spacing w:after="0"/>
        <w:jc w:val="center"/>
        <w:rPr>
          <w:lang w:val="es-PE"/>
        </w:rPr>
      </w:pPr>
    </w:p>
    <w:p w14:paraId="0F06F102" w14:textId="77777777" w:rsidR="00F11FA5" w:rsidRDefault="00F11FA5">
      <w:pPr>
        <w:jc w:val="center"/>
        <w:rPr>
          <w:rFonts w:ascii="Calibri" w:hAnsi="Calibri" w:cs="Calibri"/>
          <w:b/>
        </w:rPr>
      </w:pPr>
      <w:r w:rsidRPr="00845AEF">
        <w:rPr>
          <w:rFonts w:ascii="Calibri" w:hAnsi="Calibri" w:cs="Calibri"/>
          <w:b/>
        </w:rPr>
        <w:lastRenderedPageBreak/>
        <w:t>ANEXO N° 12</w:t>
      </w:r>
      <w:r w:rsidRPr="00845AEF">
        <w:rPr>
          <w:rFonts w:ascii="Calibri" w:hAnsi="Calibri" w:cs="Calibri"/>
          <w:b/>
        </w:rPr>
        <w:br/>
        <w:t>NOTIFICACIÓN ELECTRÓNICA DURANTE LA EXECUTION CONTRACTUAL</w:t>
      </w:r>
    </w:p>
    <w:p w14:paraId="18589213" w14:textId="77777777" w:rsidR="00F11FA5" w:rsidRDefault="00F11FA5" w:rsidP="00845AEF">
      <w:pPr>
        <w:jc w:val="both"/>
        <w:rPr>
          <w:rFonts w:ascii="Calibri" w:hAnsi="Calibri" w:cs="Calibri"/>
          <w:lang w:val="es-PE"/>
        </w:rPr>
      </w:pPr>
      <w:r w:rsidRPr="00845AEF">
        <w:rPr>
          <w:rFonts w:ascii="Calibri" w:hAnsi="Calibri" w:cs="Calibri"/>
          <w:lang w:val="es-P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  <w:r w:rsidRPr="00845AEF">
        <w:rPr>
          <w:rFonts w:ascii="Calibri" w:hAnsi="Calibri" w:cs="Calibri"/>
          <w:lang w:val="es-PE"/>
        </w:rPr>
        <w:br/>
      </w:r>
      <w:r w:rsidRPr="00845AEF">
        <w:rPr>
          <w:rFonts w:ascii="Calibri" w:hAnsi="Calibri" w:cs="Calibri"/>
          <w:lang w:val="es-PE"/>
        </w:rPr>
        <w:br/>
        <w:t xml:space="preserve">Para efectos de lo anteriormente indicado, consigno el siguiente correo </w:t>
      </w:r>
      <w:proofErr w:type="gramStart"/>
      <w:r w:rsidRPr="00845AEF">
        <w:rPr>
          <w:rFonts w:ascii="Calibri" w:hAnsi="Calibri" w:cs="Calibri"/>
          <w:lang w:val="es-PE"/>
        </w:rPr>
        <w:t>electrónico:</w:t>
      </w:r>
      <w:r>
        <w:rPr>
          <w:rFonts w:ascii="Calibri" w:hAnsi="Calibri" w:cs="Calibri"/>
          <w:lang w:val="es-PE"/>
        </w:rPr>
        <w:t>…</w:t>
      </w:r>
      <w:proofErr w:type="gramEnd"/>
      <w:r>
        <w:rPr>
          <w:rFonts w:ascii="Calibri" w:hAnsi="Calibri" w:cs="Calibri"/>
          <w:lang w:val="es-PE"/>
        </w:rPr>
        <w:t>………………………………………………………………………………….</w:t>
      </w:r>
    </w:p>
    <w:p w14:paraId="18E8AD29" w14:textId="77777777" w:rsidR="00F11FA5" w:rsidRDefault="00F11FA5" w:rsidP="00845AEF">
      <w:pPr>
        <w:spacing w:after="0" w:line="240" w:lineRule="auto"/>
        <w:jc w:val="both"/>
        <w:rPr>
          <w:rFonts w:ascii="Calibri" w:hAnsi="Calibri" w:cs="Calibri"/>
          <w:lang w:val="es-PE"/>
        </w:rPr>
      </w:pPr>
      <w:r w:rsidRPr="00845AEF">
        <w:rPr>
          <w:rFonts w:ascii="Calibri" w:hAnsi="Calibri" w:cs="Calibri"/>
          <w:lang w:val="es-PE"/>
        </w:rPr>
        <w:br/>
        <w:t>La modificación del correo electrónico antes consignado debe efectuarse cuando menos, con siete (07) días hábiles de anticipación.</w:t>
      </w:r>
    </w:p>
    <w:p w14:paraId="3147B199" w14:textId="77777777" w:rsidR="00F11FA5" w:rsidRPr="00845AEF" w:rsidRDefault="00F11FA5" w:rsidP="00845AEF">
      <w:pPr>
        <w:spacing w:after="0"/>
        <w:jc w:val="both"/>
        <w:rPr>
          <w:rFonts w:ascii="Calibri" w:hAnsi="Calibri" w:cs="Calibri"/>
          <w:lang w:val="es-PE"/>
        </w:rPr>
      </w:pPr>
      <w:r w:rsidRPr="00845AEF">
        <w:rPr>
          <w:rFonts w:ascii="Calibri" w:hAnsi="Calibri" w:cs="Calibri"/>
          <w:lang w:val="es-PE"/>
        </w:rPr>
        <w:br/>
      </w:r>
      <w:r w:rsidRPr="00845AEF">
        <w:rPr>
          <w:rFonts w:ascii="Calibri" w:hAnsi="Calibri" w:cs="Calibri"/>
          <w:lang w:val="es-PE"/>
        </w:rPr>
        <w:br/>
        <w:t>Pucallpa,</w:t>
      </w:r>
      <w:r>
        <w:rPr>
          <w:rFonts w:ascii="Calibri" w:hAnsi="Calibri" w:cs="Calibri"/>
          <w:lang w:val="es-PE"/>
        </w:rPr>
        <w:t xml:space="preserve"> ………………………………………………</w:t>
      </w:r>
    </w:p>
    <w:p w14:paraId="2674FACC" w14:textId="77777777" w:rsidR="00F11FA5" w:rsidRPr="00845AEF" w:rsidRDefault="00F11FA5">
      <w:pPr>
        <w:jc w:val="center"/>
        <w:rPr>
          <w:rFonts w:ascii="Calibri" w:hAnsi="Calibri" w:cs="Calibri"/>
          <w:lang w:val="es-PE"/>
        </w:rPr>
      </w:pPr>
      <w:r w:rsidRPr="00845AEF">
        <w:rPr>
          <w:rFonts w:ascii="Calibri" w:hAnsi="Calibri" w:cs="Calibri"/>
          <w:lang w:val="es-PE"/>
        </w:rPr>
        <w:br/>
      </w:r>
      <w:r w:rsidRPr="00845AEF">
        <w:rPr>
          <w:rFonts w:ascii="Calibri" w:hAnsi="Calibri" w:cs="Calibri"/>
          <w:lang w:val="es-PE"/>
        </w:rPr>
        <w:br/>
      </w:r>
      <w:r w:rsidRPr="00845AEF">
        <w:rPr>
          <w:rFonts w:ascii="Calibri" w:hAnsi="Calibri" w:cs="Calibri"/>
          <w:lang w:val="es-PE"/>
        </w:rPr>
        <w:br/>
        <w:t>..............................................................</w:t>
      </w:r>
    </w:p>
    <w:p w14:paraId="70C63122" w14:textId="0677AA22" w:rsidR="00F11FA5" w:rsidRDefault="00F11FA5">
      <w:pPr>
        <w:jc w:val="center"/>
        <w:rPr>
          <w:rFonts w:ascii="Calibri" w:hAnsi="Calibri" w:cs="Calibri"/>
          <w:lang w:val="es-PE"/>
        </w:rPr>
      </w:pPr>
      <w:r w:rsidRPr="00477416">
        <w:rPr>
          <w:rFonts w:ascii="Calibri" w:hAnsi="Calibri" w:cs="Calibri"/>
          <w:lang w:val="es-PE"/>
        </w:rPr>
        <w:t>NO</w:t>
      </w:r>
      <w:r>
        <w:rPr>
          <w:rFonts w:ascii="Calibri" w:hAnsi="Calibri" w:cs="Calibri"/>
          <w:lang w:val="es-PE"/>
        </w:rPr>
        <w:t>MBRES Y APELLIDOS</w:t>
      </w:r>
      <w:r w:rsidRPr="00477416">
        <w:rPr>
          <w:rFonts w:ascii="Calibri" w:hAnsi="Calibri" w:cs="Calibri"/>
          <w:lang w:val="es-PE"/>
        </w:rPr>
        <w:br/>
        <w:t xml:space="preserve">DNI: </w:t>
      </w:r>
      <w:r>
        <w:rPr>
          <w:rFonts w:ascii="Calibri" w:hAnsi="Calibri" w:cs="Calibri"/>
          <w:lang w:val="es-PE"/>
        </w:rPr>
        <w:t>………………………</w:t>
      </w:r>
    </w:p>
    <w:p w14:paraId="37C69AA4" w14:textId="59275992" w:rsidR="00F11FA5" w:rsidRDefault="00F11FA5">
      <w:pPr>
        <w:jc w:val="center"/>
        <w:rPr>
          <w:rFonts w:ascii="Calibri" w:hAnsi="Calibri" w:cs="Calibri"/>
          <w:lang w:val="es-PE"/>
        </w:rPr>
      </w:pPr>
    </w:p>
    <w:p w14:paraId="55A427A1" w14:textId="1591336B" w:rsidR="00F11FA5" w:rsidRDefault="00F11FA5">
      <w:pPr>
        <w:jc w:val="center"/>
        <w:rPr>
          <w:rFonts w:ascii="Calibri" w:hAnsi="Calibri" w:cs="Calibri"/>
          <w:lang w:val="es-PE"/>
        </w:rPr>
      </w:pPr>
    </w:p>
    <w:p w14:paraId="7E6E40DF" w14:textId="66BBA345" w:rsidR="00F11FA5" w:rsidRDefault="00F11FA5">
      <w:pPr>
        <w:jc w:val="center"/>
        <w:rPr>
          <w:rFonts w:ascii="Calibri" w:hAnsi="Calibri" w:cs="Calibri"/>
          <w:lang w:val="es-PE"/>
        </w:rPr>
      </w:pPr>
    </w:p>
    <w:p w14:paraId="47737C70" w14:textId="2C2F2FDF" w:rsidR="00F11FA5" w:rsidRDefault="00F11FA5">
      <w:pPr>
        <w:jc w:val="center"/>
        <w:rPr>
          <w:rFonts w:ascii="Calibri" w:hAnsi="Calibri" w:cs="Calibri"/>
          <w:lang w:val="es-PE"/>
        </w:rPr>
      </w:pPr>
    </w:p>
    <w:p w14:paraId="294C5262" w14:textId="7001414E" w:rsidR="00F11FA5" w:rsidRDefault="00F11FA5">
      <w:pPr>
        <w:jc w:val="center"/>
        <w:rPr>
          <w:rFonts w:ascii="Calibri" w:hAnsi="Calibri" w:cs="Calibri"/>
          <w:lang w:val="es-PE"/>
        </w:rPr>
      </w:pPr>
    </w:p>
    <w:p w14:paraId="7B334704" w14:textId="77777777" w:rsidR="00F11FA5" w:rsidRDefault="00F11FA5">
      <w:pPr>
        <w:jc w:val="center"/>
        <w:rPr>
          <w:rFonts w:ascii="Calibri" w:hAnsi="Calibri" w:cs="Calibri"/>
          <w:lang w:val="es-PE"/>
        </w:rPr>
      </w:pPr>
    </w:p>
    <w:p w14:paraId="389CC013" w14:textId="70815AB0" w:rsidR="00F11FA5" w:rsidRDefault="00F11FA5">
      <w:pPr>
        <w:jc w:val="center"/>
        <w:rPr>
          <w:rFonts w:ascii="Calibri" w:hAnsi="Calibri" w:cs="Calibri"/>
          <w:lang w:val="es-PE"/>
        </w:rPr>
      </w:pPr>
    </w:p>
    <w:p w14:paraId="2D80FE36" w14:textId="48A5233A" w:rsidR="00F11FA5" w:rsidRDefault="00F11FA5">
      <w:pPr>
        <w:jc w:val="center"/>
        <w:rPr>
          <w:rFonts w:ascii="Calibri" w:hAnsi="Calibri" w:cs="Calibri"/>
          <w:lang w:val="es-PE"/>
        </w:rPr>
      </w:pPr>
    </w:p>
    <w:p w14:paraId="02453819" w14:textId="3485CA42" w:rsidR="00F11FA5" w:rsidRDefault="00F11FA5">
      <w:pPr>
        <w:jc w:val="center"/>
        <w:rPr>
          <w:rFonts w:ascii="Calibri" w:hAnsi="Calibri" w:cs="Calibri"/>
          <w:lang w:val="es-PE"/>
        </w:rPr>
      </w:pPr>
    </w:p>
    <w:p w14:paraId="0BAD2225" w14:textId="77777777" w:rsidR="00F11FA5" w:rsidRPr="00477416" w:rsidRDefault="00F11FA5">
      <w:pPr>
        <w:jc w:val="center"/>
        <w:rPr>
          <w:rFonts w:ascii="Calibri" w:hAnsi="Calibri" w:cs="Calibri"/>
          <w:lang w:val="es-PE"/>
        </w:rPr>
      </w:pPr>
    </w:p>
    <w:p w14:paraId="6C443443" w14:textId="77777777" w:rsidR="00F11FA5" w:rsidRPr="00252C69" w:rsidRDefault="00F11FA5" w:rsidP="00252C69">
      <w:pPr>
        <w:spacing w:after="0"/>
        <w:jc w:val="center"/>
        <w:rPr>
          <w:b/>
          <w:bCs/>
        </w:rPr>
      </w:pPr>
      <w:r w:rsidRPr="00252C69">
        <w:rPr>
          <w:b/>
          <w:bCs/>
        </w:rPr>
        <w:lastRenderedPageBreak/>
        <w:t>ANEXO N° 13</w:t>
      </w:r>
    </w:p>
    <w:p w14:paraId="0F95E9AD" w14:textId="77777777" w:rsidR="00F11FA5" w:rsidRDefault="00F11FA5" w:rsidP="00252C69">
      <w:pPr>
        <w:spacing w:after="0"/>
        <w:jc w:val="center"/>
        <w:rPr>
          <w:b/>
          <w:bCs/>
        </w:rPr>
      </w:pPr>
      <w:r w:rsidRPr="00252C69">
        <w:rPr>
          <w:b/>
          <w:bCs/>
        </w:rPr>
        <w:t>DECLARACIÓN JURADA SOBRE PROHIBICIONES E INCOMPATIBILIDADES</w:t>
      </w:r>
    </w:p>
    <w:p w14:paraId="053244BA" w14:textId="77777777" w:rsidR="00F11FA5" w:rsidRDefault="00F11FA5" w:rsidP="00252C69">
      <w:pPr>
        <w:spacing w:after="0"/>
        <w:jc w:val="center"/>
        <w:rPr>
          <w:b/>
          <w:bCs/>
        </w:rPr>
      </w:pPr>
    </w:p>
    <w:p w14:paraId="748353DB" w14:textId="77777777" w:rsidR="00F11FA5" w:rsidRPr="00252C69" w:rsidRDefault="00F11FA5" w:rsidP="00252C69">
      <w:pPr>
        <w:spacing w:after="0"/>
      </w:pPr>
      <w:r w:rsidRPr="00252C69">
        <w:t>SEÑOR:</w:t>
      </w:r>
    </w:p>
    <w:p w14:paraId="6D34F2EA" w14:textId="77777777" w:rsidR="00F11FA5" w:rsidRPr="00252C69" w:rsidRDefault="00F11FA5" w:rsidP="00252C69">
      <w:pPr>
        <w:spacing w:after="0"/>
      </w:pPr>
      <w:r w:rsidRPr="00252C69">
        <w:t>DIRECCIÓN REGIONAL DE EDUCACIÓN DE EDUCACIÓN</w:t>
      </w:r>
    </w:p>
    <w:p w14:paraId="2357ECAD" w14:textId="77777777" w:rsidR="00F11FA5" w:rsidRPr="00252C69" w:rsidRDefault="00F11FA5" w:rsidP="00252C69">
      <w:pPr>
        <w:spacing w:after="0"/>
      </w:pPr>
      <w:r w:rsidRPr="00252C69">
        <w:t>Carretera Federico Basadre km. 3.800 km. Ref (</w:t>
      </w:r>
      <w:proofErr w:type="spellStart"/>
      <w:r w:rsidRPr="00252C69">
        <w:t>frente</w:t>
      </w:r>
      <w:proofErr w:type="spellEnd"/>
      <w:r w:rsidRPr="00252C69">
        <w:t xml:space="preserve"> al </w:t>
      </w:r>
      <w:proofErr w:type="spellStart"/>
      <w:r w:rsidRPr="00252C69">
        <w:t>grifo</w:t>
      </w:r>
      <w:proofErr w:type="spellEnd"/>
      <w:r w:rsidRPr="00252C69">
        <w:t xml:space="preserve"> Espinoza) Ucayali - Coronel Portillo – Callería.</w:t>
      </w:r>
    </w:p>
    <w:p w14:paraId="7F1F7173" w14:textId="77777777" w:rsidR="00F11FA5" w:rsidRPr="00252C69" w:rsidRDefault="00F11FA5" w:rsidP="00252C69">
      <w:pPr>
        <w:spacing w:after="0"/>
      </w:pPr>
      <w:r w:rsidRPr="00252C69">
        <w:t>Presente. -</w:t>
      </w:r>
    </w:p>
    <w:p w14:paraId="7450495A" w14:textId="77777777" w:rsidR="00F11FA5" w:rsidRPr="00252C69" w:rsidRDefault="00F11FA5" w:rsidP="00252C69">
      <w:pPr>
        <w:spacing w:after="0"/>
      </w:pPr>
    </w:p>
    <w:p w14:paraId="471AF635" w14:textId="77777777" w:rsidR="00F11FA5" w:rsidRDefault="00F11FA5" w:rsidP="00252C69">
      <w:pPr>
        <w:spacing w:after="0"/>
      </w:pPr>
      <w:r w:rsidRPr="00252C69">
        <w:t xml:space="preserve">Atención  </w:t>
      </w:r>
      <w:proofErr w:type="gramStart"/>
      <w:r w:rsidRPr="00252C69">
        <w:t xml:space="preserve">  :</w:t>
      </w:r>
      <w:proofErr w:type="gramEnd"/>
      <w:r w:rsidRPr="00252C69">
        <w:t xml:space="preserve">        UNIDAD DE LOGÍSTICA</w:t>
      </w:r>
    </w:p>
    <w:p w14:paraId="70643A79" w14:textId="77777777" w:rsidR="00F11FA5" w:rsidRDefault="00F11FA5" w:rsidP="00252C69">
      <w:pPr>
        <w:spacing w:after="0"/>
      </w:pPr>
    </w:p>
    <w:p w14:paraId="50243163" w14:textId="77777777" w:rsidR="00F11FA5" w:rsidRDefault="00F11FA5" w:rsidP="00252C69">
      <w:pPr>
        <w:spacing w:after="0"/>
        <w:jc w:val="both"/>
      </w:pPr>
      <w:r w:rsidRPr="00252C69">
        <w:t xml:space="preserve">Mediante el presente el/la suscrito/a, prestador/a y/o Representante Legal de </w:t>
      </w:r>
      <w:r>
        <w:rPr>
          <w:b/>
          <w:bCs/>
        </w:rPr>
        <w:t>…………………………………………………………</w:t>
      </w:r>
      <w:proofErr w:type="spellStart"/>
      <w:r w:rsidRPr="00252C69">
        <w:t>identificado</w:t>
      </w:r>
      <w:proofErr w:type="spellEnd"/>
      <w:r w:rsidRPr="00252C69">
        <w:t>/a con DNI N°</w:t>
      </w:r>
      <w:r>
        <w:t>…………………………….</w:t>
      </w:r>
      <w:r w:rsidRPr="00252C69">
        <w:t xml:space="preserve">, declaro bajo juramento: a) Cumplir con las obligaciones consignadas en el artículo 3 de la Ley N° 31564 y </w:t>
      </w:r>
      <w:proofErr w:type="spellStart"/>
      <w:r w:rsidRPr="00252C69">
        <w:t>artículo</w:t>
      </w:r>
      <w:proofErr w:type="spellEnd"/>
      <w:r w:rsidRPr="00252C69">
        <w:t xml:space="preserve"> 16 de </w:t>
      </w:r>
      <w:proofErr w:type="spellStart"/>
      <w:r w:rsidRPr="00252C69">
        <w:t>su</w:t>
      </w:r>
      <w:proofErr w:type="spellEnd"/>
      <w:r w:rsidRPr="00252C69">
        <w:t xml:space="preserve"> Reglamento, esto es:</w:t>
      </w:r>
    </w:p>
    <w:p w14:paraId="17877F81" w14:textId="77777777" w:rsidR="00F11FA5" w:rsidRPr="00252C69" w:rsidRDefault="00F11FA5" w:rsidP="00252C69">
      <w:pPr>
        <w:spacing w:after="0"/>
        <w:jc w:val="both"/>
        <w:rPr>
          <w:sz w:val="10"/>
          <w:szCs w:val="10"/>
        </w:rPr>
      </w:pPr>
    </w:p>
    <w:p w14:paraId="443337DA" w14:textId="77777777" w:rsidR="00F11FA5" w:rsidRPr="00252C69" w:rsidRDefault="00F11FA5" w:rsidP="00F11FA5">
      <w:pPr>
        <w:pStyle w:val="Prrafodelista"/>
        <w:numPr>
          <w:ilvl w:val="0"/>
          <w:numId w:val="13"/>
        </w:numPr>
        <w:spacing w:after="0" w:line="259" w:lineRule="auto"/>
        <w:jc w:val="both"/>
      </w:pPr>
      <w:r w:rsidRPr="00252C69">
        <w:rPr>
          <w:rFonts w:ascii="Calibri" w:hAnsi="Calibri" w:cs="Calibri"/>
          <w:lang w:val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BF284AD" w14:textId="77777777" w:rsidR="00F11FA5" w:rsidRPr="00252C69" w:rsidRDefault="00F11FA5" w:rsidP="00F11FA5">
      <w:pPr>
        <w:pStyle w:val="Prrafodelista"/>
        <w:numPr>
          <w:ilvl w:val="0"/>
          <w:numId w:val="13"/>
        </w:numPr>
        <w:spacing w:after="0" w:line="259" w:lineRule="auto"/>
        <w:jc w:val="both"/>
      </w:pPr>
      <w:r w:rsidRPr="00252C69">
        <w:rPr>
          <w:rFonts w:ascii="Calibri" w:hAnsi="Calibri" w:cs="Calibri"/>
          <w:lang w:val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1D8E2ED" w14:textId="77777777" w:rsidR="00F11FA5" w:rsidRPr="00252C69" w:rsidRDefault="00F11FA5" w:rsidP="00252C69">
      <w:pPr>
        <w:spacing w:after="0"/>
        <w:jc w:val="both"/>
      </w:pPr>
    </w:p>
    <w:p w14:paraId="18865E2A" w14:textId="77777777" w:rsidR="00F11FA5" w:rsidRPr="00252C69" w:rsidRDefault="00F11FA5" w:rsidP="00F11FA5">
      <w:pPr>
        <w:pStyle w:val="Prrafodelista"/>
        <w:numPr>
          <w:ilvl w:val="0"/>
          <w:numId w:val="14"/>
        </w:numPr>
        <w:spacing w:after="0" w:line="259" w:lineRule="auto"/>
        <w:ind w:left="426" w:hanging="284"/>
        <w:jc w:val="both"/>
      </w:pPr>
      <w:r w:rsidRPr="00252C69">
        <w:rPr>
          <w:rFonts w:ascii="Calibri" w:hAnsi="Calibri" w:cs="Calibri"/>
          <w:lang w:val="es-PE"/>
        </w:rPr>
        <w:t>Abstenerme de intervenir en los casos que se configure el supuesto de impedimento señalado en el artículo 5 de la Ley N° 31564 y en los artículos 10 y 11 de su Reglamento.</w:t>
      </w:r>
    </w:p>
    <w:p w14:paraId="75D73058" w14:textId="77777777" w:rsidR="00F11FA5" w:rsidRPr="00252C69" w:rsidRDefault="00F11FA5" w:rsidP="00F11FA5">
      <w:pPr>
        <w:pStyle w:val="Prrafodelista"/>
        <w:numPr>
          <w:ilvl w:val="0"/>
          <w:numId w:val="14"/>
        </w:numPr>
        <w:spacing w:after="0" w:line="259" w:lineRule="auto"/>
        <w:ind w:left="426" w:hanging="284"/>
        <w:jc w:val="both"/>
      </w:pPr>
      <w:r w:rsidRPr="00252C69">
        <w:rPr>
          <w:rFonts w:ascii="Calibri" w:hAnsi="Calibri" w:cs="Calibri"/>
          <w:lang w:val="es-PE"/>
        </w:rPr>
        <w:t>No hallarme incurso en ninguno de los impedimentos señalados en los numerales 11.3 y 11.4 del artículo 11 del Reglamento de la Ley N° 31564.</w:t>
      </w:r>
    </w:p>
    <w:p w14:paraId="5B669DEC" w14:textId="77777777" w:rsidR="00F11FA5" w:rsidRDefault="00F11FA5" w:rsidP="00252C69">
      <w:pPr>
        <w:spacing w:after="0"/>
        <w:jc w:val="both"/>
      </w:pPr>
    </w:p>
    <w:p w14:paraId="0AC54D9D" w14:textId="77777777" w:rsidR="00F11FA5" w:rsidRDefault="00F11FA5" w:rsidP="00252C69">
      <w:pPr>
        <w:spacing w:after="0"/>
        <w:jc w:val="both"/>
      </w:pPr>
      <w:r w:rsidRPr="00252C69"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E3F4292" w14:textId="77777777" w:rsidR="00F11FA5" w:rsidRPr="00252C69" w:rsidRDefault="00F11FA5" w:rsidP="00252C69">
      <w:pPr>
        <w:spacing w:after="0"/>
        <w:jc w:val="both"/>
        <w:rPr>
          <w:sz w:val="10"/>
          <w:szCs w:val="10"/>
        </w:rPr>
      </w:pPr>
    </w:p>
    <w:p w14:paraId="6BE9C044" w14:textId="77777777" w:rsidR="00F11FA5" w:rsidRDefault="00F11FA5" w:rsidP="00252C69">
      <w:pPr>
        <w:spacing w:after="0"/>
        <w:jc w:val="both"/>
      </w:pPr>
      <w:r w:rsidRPr="00252C69"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0181D9C2" w14:textId="77777777" w:rsidR="00F11FA5" w:rsidRDefault="00F11FA5" w:rsidP="00252C69">
      <w:pPr>
        <w:spacing w:after="0"/>
        <w:jc w:val="both"/>
      </w:pPr>
    </w:p>
    <w:p w14:paraId="5570FB98" w14:textId="2D6A12FF" w:rsidR="00F11FA5" w:rsidRPr="00D920D2" w:rsidRDefault="00F11FA5" w:rsidP="00F11FA5">
      <w:pPr>
        <w:spacing w:after="0"/>
        <w:jc w:val="right"/>
        <w:rPr>
          <w:rFonts w:ascii="Calibri" w:hAnsi="Calibri" w:cs="Calibri"/>
          <w:lang w:val="es-PE"/>
        </w:rPr>
      </w:pPr>
      <w:proofErr w:type="gramStart"/>
      <w:r w:rsidRPr="00D920D2">
        <w:rPr>
          <w:rFonts w:ascii="Calibri" w:hAnsi="Calibri" w:cs="Calibri"/>
          <w:lang w:val="es-PE"/>
        </w:rPr>
        <w:t>Pucallpa,…</w:t>
      </w:r>
      <w:proofErr w:type="gramEnd"/>
      <w:r w:rsidRPr="00D920D2">
        <w:rPr>
          <w:rFonts w:ascii="Calibri" w:hAnsi="Calibri" w:cs="Calibri"/>
          <w:lang w:val="es-PE"/>
        </w:rPr>
        <w:t>........................................</w:t>
      </w:r>
    </w:p>
    <w:p w14:paraId="6A70E449" w14:textId="77777777" w:rsidR="00F11FA5" w:rsidRPr="00D920D2" w:rsidRDefault="00F11FA5" w:rsidP="00252C69">
      <w:pPr>
        <w:spacing w:after="0"/>
        <w:jc w:val="center"/>
        <w:rPr>
          <w:rFonts w:ascii="Calibri" w:hAnsi="Calibri" w:cs="Calibri"/>
          <w:lang w:val="es-PE"/>
        </w:rPr>
      </w:pPr>
      <w:r w:rsidRPr="00D920D2">
        <w:rPr>
          <w:rFonts w:ascii="Calibri" w:hAnsi="Calibri" w:cs="Calibri"/>
          <w:lang w:val="es-PE"/>
        </w:rPr>
        <w:br/>
      </w:r>
      <w:r w:rsidRPr="00D920D2">
        <w:rPr>
          <w:rFonts w:ascii="Calibri" w:hAnsi="Calibri" w:cs="Calibri"/>
          <w:lang w:val="es-PE"/>
        </w:rPr>
        <w:br/>
        <w:t>..............................................................</w:t>
      </w:r>
    </w:p>
    <w:p w14:paraId="07F2BE35" w14:textId="77777777" w:rsidR="00F11FA5" w:rsidRPr="00D920D2" w:rsidRDefault="00F11FA5" w:rsidP="00252C69">
      <w:pPr>
        <w:spacing w:after="0"/>
        <w:jc w:val="center"/>
        <w:rPr>
          <w:rFonts w:ascii="Calibri" w:hAnsi="Calibri" w:cs="Calibri"/>
          <w:lang w:val="es-PE"/>
        </w:rPr>
      </w:pPr>
      <w:r w:rsidRPr="00D920D2">
        <w:rPr>
          <w:rFonts w:ascii="Calibri" w:hAnsi="Calibri" w:cs="Calibri"/>
          <w:lang w:val="es-PE"/>
        </w:rPr>
        <w:t>NOMBRES Y APELLIDOS</w:t>
      </w:r>
      <w:r w:rsidRPr="00D920D2">
        <w:rPr>
          <w:rFonts w:ascii="Calibri" w:hAnsi="Calibri" w:cs="Calibri"/>
          <w:lang w:val="es-PE"/>
        </w:rPr>
        <w:br/>
        <w:t>DNI: ...........................</w:t>
      </w:r>
    </w:p>
    <w:p w14:paraId="628EAFBF" w14:textId="77777777" w:rsidR="00F11FA5" w:rsidRPr="00FD5CBA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sectPr w:rsidR="00F11FA5" w:rsidRPr="00FD5CBA" w:rsidSect="00157D84">
      <w:pgSz w:w="12240" w:h="15840"/>
      <w:pgMar w:top="1440" w:right="175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3F03D3"/>
    <w:multiLevelType w:val="hybridMultilevel"/>
    <w:tmpl w:val="3704E1A0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C931F6"/>
    <w:multiLevelType w:val="hybridMultilevel"/>
    <w:tmpl w:val="F3E67EFC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43342"/>
    <w:multiLevelType w:val="hybridMultilevel"/>
    <w:tmpl w:val="57CCA352"/>
    <w:lvl w:ilvl="0" w:tplc="5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7F1C77"/>
    <w:multiLevelType w:val="hybridMultilevel"/>
    <w:tmpl w:val="73F4CC1E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2D11C8"/>
    <w:multiLevelType w:val="hybridMultilevel"/>
    <w:tmpl w:val="BE22B1E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5761916">
    <w:abstractNumId w:val="8"/>
  </w:num>
  <w:num w:numId="2" w16cid:durableId="2143961698">
    <w:abstractNumId w:val="6"/>
  </w:num>
  <w:num w:numId="3" w16cid:durableId="451245464">
    <w:abstractNumId w:val="5"/>
  </w:num>
  <w:num w:numId="4" w16cid:durableId="1087113976">
    <w:abstractNumId w:val="4"/>
  </w:num>
  <w:num w:numId="5" w16cid:durableId="197088554">
    <w:abstractNumId w:val="7"/>
  </w:num>
  <w:num w:numId="6" w16cid:durableId="1312057523">
    <w:abstractNumId w:val="3"/>
  </w:num>
  <w:num w:numId="7" w16cid:durableId="477647593">
    <w:abstractNumId w:val="2"/>
  </w:num>
  <w:num w:numId="8" w16cid:durableId="602610664">
    <w:abstractNumId w:val="1"/>
  </w:num>
  <w:num w:numId="9" w16cid:durableId="1303730656">
    <w:abstractNumId w:val="0"/>
  </w:num>
  <w:num w:numId="10" w16cid:durableId="1597907372">
    <w:abstractNumId w:val="9"/>
  </w:num>
  <w:num w:numId="11" w16cid:durableId="663164314">
    <w:abstractNumId w:val="10"/>
  </w:num>
  <w:num w:numId="12" w16cid:durableId="1218472223">
    <w:abstractNumId w:val="13"/>
  </w:num>
  <w:num w:numId="13" w16cid:durableId="2127651071">
    <w:abstractNumId w:val="11"/>
  </w:num>
  <w:num w:numId="14" w16cid:durableId="35011205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57D84"/>
    <w:rsid w:val="0029639D"/>
    <w:rsid w:val="00326F90"/>
    <w:rsid w:val="00505305"/>
    <w:rsid w:val="00845C8C"/>
    <w:rsid w:val="008A71D5"/>
    <w:rsid w:val="00920F09"/>
    <w:rsid w:val="00A73110"/>
    <w:rsid w:val="00AA1D8D"/>
    <w:rsid w:val="00B47730"/>
    <w:rsid w:val="00CB0664"/>
    <w:rsid w:val="00CB1D36"/>
    <w:rsid w:val="00D2350D"/>
    <w:rsid w:val="00D83A15"/>
    <w:rsid w:val="00D920D2"/>
    <w:rsid w:val="00E2720F"/>
    <w:rsid w:val="00F11FA5"/>
    <w:rsid w:val="00FA4F55"/>
    <w:rsid w:val="00FC693F"/>
    <w:rsid w:val="00FD5CBA"/>
    <w:rsid w:val="00FE2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4368B627"/>
  <w14:defaultImageDpi w14:val="300"/>
  <w15:docId w15:val="{CAA8B32D-C050-4DF4-A9C5-68CB7787A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vnculo">
    <w:name w:val="Hyperlink"/>
    <w:basedOn w:val="Fuentedeprrafopredeter"/>
    <w:uiPriority w:val="99"/>
    <w:unhideWhenUsed/>
    <w:rsid w:val="00F11F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1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gob.pe/institucion/osce/normas-legales/4601947-062-2023-osce-sg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b.pe/institucion/osce/informes-publicaciones/1130248-politica-delsistema-integrado-de-gestion-del-osc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2362</Words>
  <Characters>12993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15325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USUARIO</cp:lastModifiedBy>
  <cp:revision>5</cp:revision>
  <dcterms:created xsi:type="dcterms:W3CDTF">2026-08-03T16:34:00Z</dcterms:created>
  <dcterms:modified xsi:type="dcterms:W3CDTF">2026-08-05T14:34:00Z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-1427965860</vt:i4>
  </property>
</Properties>
</file>