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296B0" w14:textId="7275ACDA" w:rsidR="004616D8" w:rsidRDefault="004616D8" w:rsidP="002444E3">
      <w:pPr>
        <w:spacing w:after="0" w:line="240" w:lineRule="auto"/>
        <w:rPr>
          <w:lang w:val="es-PE"/>
        </w:rPr>
      </w:pPr>
    </w:p>
    <w:p w14:paraId="3691F2A5" w14:textId="77777777" w:rsidR="002444E3" w:rsidRDefault="002444E3" w:rsidP="002444E3">
      <w:pPr>
        <w:spacing w:after="0" w:line="240" w:lineRule="auto"/>
        <w:rPr>
          <w:lang w:val="es-PE"/>
        </w:rPr>
      </w:pPr>
    </w:p>
    <w:p w14:paraId="32123143" w14:textId="77777777" w:rsidR="002444E3" w:rsidRPr="002444E3" w:rsidRDefault="002444E3" w:rsidP="002444E3">
      <w:pPr>
        <w:spacing w:after="0" w:line="240" w:lineRule="auto"/>
        <w:rPr>
          <w:lang w:val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AC7268" w:rsidRPr="002444E3" w14:paraId="4C7A9F7B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50BBB77A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lang w:val="es-PE"/>
              </w:rPr>
            </w:pPr>
            <w:bookmarkStart w:id="0" w:name="_Hlk43900216"/>
            <w:r w:rsidRPr="002444E3">
              <w:rPr>
                <w:rFonts w:ascii="Arial Narrow" w:hAnsi="Arial Narrow" w:cs="Calibri"/>
                <w:b/>
                <w:lang w:val="es-PE"/>
              </w:rPr>
              <w:t>ANEXO N° 0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4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 xml:space="preserve"> 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–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 xml:space="preserve"> 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DECLARACION JURADA ANTISOBORNO</w:t>
            </w:r>
          </w:p>
        </w:tc>
      </w:tr>
      <w:bookmarkEnd w:id="0"/>
    </w:tbl>
    <w:p w14:paraId="17451B8F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 w:cs="Calibri"/>
          <w:b/>
          <w:lang w:val="es-PE"/>
        </w:rPr>
      </w:pPr>
    </w:p>
    <w:p w14:paraId="513F09AD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8"/>
          <w:szCs w:val="28"/>
          <w:lang w:val="es-PE"/>
        </w:rPr>
      </w:pPr>
    </w:p>
    <w:p w14:paraId="7A630BAF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8"/>
          <w:szCs w:val="28"/>
          <w:lang w:val="es-PE"/>
        </w:rPr>
      </w:pPr>
    </w:p>
    <w:p w14:paraId="44C4309C" w14:textId="77777777" w:rsidR="00000000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Yo, …</w:t>
      </w:r>
      <w:r w:rsidRPr="002444E3">
        <w:rPr>
          <w:rFonts w:ascii="Arial Narrow" w:eastAsia="Calibri" w:hAnsi="Arial Narrow"/>
          <w:lang w:val="es-PE"/>
        </w:rPr>
        <w:t>……………………………………………………………… (Representante Legal de ……………………………</w:t>
      </w:r>
      <w:r w:rsidRPr="002444E3">
        <w:rPr>
          <w:rFonts w:ascii="Arial Narrow" w:eastAsia="Calibri" w:hAnsi="Arial Narrow"/>
          <w:lang w:val="es-PE"/>
        </w:rPr>
        <w:t>……</w:t>
      </w:r>
      <w:r w:rsidRPr="002444E3">
        <w:rPr>
          <w:rFonts w:ascii="Arial Narrow" w:eastAsia="Calibri" w:hAnsi="Arial Narrow"/>
          <w:lang w:val="es-PE"/>
        </w:rPr>
        <w:t>), con Documento Nacional de Identidad N° …………………………, en representación de …………</w:t>
      </w:r>
      <w:r w:rsidRPr="002444E3">
        <w:rPr>
          <w:rFonts w:ascii="Arial Narrow" w:eastAsia="Calibri" w:hAnsi="Arial Narrow"/>
          <w:lang w:val="es-PE"/>
        </w:rPr>
        <w:t>……</w:t>
      </w:r>
      <w:r w:rsidRPr="002444E3">
        <w:rPr>
          <w:rFonts w:ascii="Arial Narrow" w:eastAsia="Calibri" w:hAnsi="Arial Narrow"/>
          <w:lang w:val="es-PE"/>
        </w:rPr>
        <w:t>…………………</w:t>
      </w:r>
      <w:r w:rsidRPr="002444E3">
        <w:rPr>
          <w:rFonts w:ascii="Arial Narrow" w:eastAsia="Calibri" w:hAnsi="Arial Narrow"/>
          <w:lang w:val="es-PE"/>
        </w:rPr>
        <w:t>……</w:t>
      </w:r>
      <w:r w:rsidRPr="002444E3">
        <w:rPr>
          <w:rFonts w:ascii="Arial Narrow" w:eastAsia="Calibri" w:hAnsi="Arial Narrow"/>
          <w:lang w:val="es-PE"/>
        </w:rPr>
        <w:t xml:space="preserve">, en adelante EL CONTRATISTA con RUC N° </w:t>
      </w:r>
      <w:r w:rsidRPr="002444E3">
        <w:rPr>
          <w:rFonts w:ascii="Arial Narrow" w:eastAsia="Calibri" w:hAnsi="Arial Narrow"/>
          <w:lang w:val="es-PE"/>
        </w:rPr>
        <w:t>…………………………………, declaro lo siguiente:</w:t>
      </w:r>
    </w:p>
    <w:p w14:paraId="3690667E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3589AA36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entidad contratante, con la finalidad de obtener alguna ventaja indebida o beneficio ilícito.  En</w:t>
      </w:r>
      <w:r w:rsidRPr="002444E3">
        <w:rPr>
          <w:rFonts w:ascii="Arial Narrow" w:eastAsia="Calibri" w:hAnsi="Arial Narrow"/>
          <w:lang w:val="es-PE"/>
        </w:rPr>
        <w:t xml:space="preserve"> esa línea, se obliga a adoptar las medidas técnicas, organizativas y/o de personal necesarias para asegurar que no se practiquen los actos previamente señalados.</w:t>
      </w:r>
    </w:p>
    <w:p w14:paraId="7D53B5C7" w14:textId="77777777" w:rsidR="00000000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Asimismo, </w:t>
      </w:r>
      <w:r w:rsidRPr="002444E3">
        <w:rPr>
          <w:rFonts w:ascii="Arial Narrow" w:eastAsia="Calibri" w:hAnsi="Arial Narrow"/>
          <w:lang w:val="es-PE"/>
        </w:rPr>
        <w:t xml:space="preserve">EL CONTRATISTA se obliga a mantener una </w:t>
      </w:r>
      <w:r w:rsidRPr="002444E3">
        <w:rPr>
          <w:rFonts w:ascii="Arial Narrow" w:eastAsia="Calibri" w:hAnsi="Arial Narrow"/>
          <w:lang w:val="es-PE"/>
        </w:rPr>
        <w:t>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3904333B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0F717D2C" w14:textId="77777777" w:rsidR="00000000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Asimismo, </w:t>
      </w:r>
      <w:r w:rsidRPr="002444E3">
        <w:rPr>
          <w:rFonts w:ascii="Arial Narrow" w:eastAsia="Calibri" w:hAnsi="Arial Narrow"/>
          <w:lang w:val="es-PE"/>
        </w:rPr>
        <w:t>EL CONTRATISTA se compromete a denunciar oportunamente ante las autoridades competentes los actos de corrupción o de inconducta funcional de los cuales tuviera conocimiento durante la ejecución del contrato con LA ENTIDAD CONTRATANTE.</w:t>
      </w:r>
    </w:p>
    <w:p w14:paraId="16D83418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0FDBA76D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8B2BB0A" w14:textId="77777777" w:rsidR="00000000" w:rsidRPr="002444E3" w:rsidRDefault="00000000" w:rsidP="002444E3">
      <w:pPr>
        <w:spacing w:after="0" w:line="240" w:lineRule="auto"/>
        <w:jc w:val="both"/>
        <w:rPr>
          <w:rFonts w:ascii="Calibri" w:eastAsia="Calibri" w:hAnsi="Calibri"/>
          <w:lang w:val="es-PE"/>
        </w:rPr>
      </w:pPr>
    </w:p>
    <w:p w14:paraId="7BBE628B" w14:textId="4D39ECAD" w:rsidR="00000000" w:rsidRPr="002444E3" w:rsidRDefault="002444E3" w:rsidP="002444E3">
      <w:pPr>
        <w:spacing w:after="0" w:line="240" w:lineRule="auto"/>
        <w:jc w:val="right"/>
        <w:rPr>
          <w:rFonts w:ascii="Calibri" w:eastAsia="Calibri" w:hAnsi="Calibri"/>
          <w:lang w:val="es-PE"/>
        </w:rPr>
      </w:pPr>
      <w:r w:rsidRPr="002444E3">
        <w:rPr>
          <w:rFonts w:ascii="Calibri" w:eastAsia="Calibri" w:hAnsi="Calibri"/>
          <w:lang w:val="es-PE"/>
        </w:rPr>
        <w:t>Lima,</w:t>
      </w:r>
      <w:r w:rsidR="00000000" w:rsidRPr="002444E3">
        <w:rPr>
          <w:rFonts w:ascii="Calibri" w:eastAsia="Calibri" w:hAnsi="Calibri"/>
          <w:lang w:val="es-PE"/>
        </w:rPr>
        <w:t xml:space="preserve"> </w:t>
      </w:r>
      <w:r>
        <w:rPr>
          <w:rFonts w:ascii="Calibri" w:eastAsia="Calibri" w:hAnsi="Calibri"/>
          <w:lang w:val="es-PE"/>
        </w:rPr>
        <w:t xml:space="preserve">        </w:t>
      </w:r>
      <w:r w:rsidR="00000000" w:rsidRPr="002444E3">
        <w:rPr>
          <w:rFonts w:ascii="Calibri" w:eastAsia="Calibri" w:hAnsi="Calibri"/>
          <w:lang w:val="es-PE"/>
        </w:rPr>
        <w:t>de…………………</w:t>
      </w:r>
      <w:r w:rsidRPr="002444E3">
        <w:rPr>
          <w:rFonts w:ascii="Calibri" w:eastAsia="Calibri" w:hAnsi="Calibri"/>
          <w:lang w:val="es-PE"/>
        </w:rPr>
        <w:t>……</w:t>
      </w:r>
      <w:r w:rsidR="00000000" w:rsidRPr="002444E3">
        <w:rPr>
          <w:rFonts w:ascii="Calibri" w:eastAsia="Calibri" w:hAnsi="Calibri"/>
          <w:lang w:val="es-PE"/>
        </w:rPr>
        <w:t xml:space="preserve">. </w:t>
      </w:r>
      <w:r w:rsidRPr="002444E3">
        <w:rPr>
          <w:rFonts w:ascii="Calibri" w:eastAsia="Calibri" w:hAnsi="Calibri"/>
          <w:lang w:val="es-PE"/>
        </w:rPr>
        <w:t>del.…</w:t>
      </w:r>
      <w:r w:rsidR="00000000" w:rsidRPr="002444E3">
        <w:rPr>
          <w:rFonts w:ascii="Calibri" w:eastAsia="Calibri" w:hAnsi="Calibri"/>
          <w:lang w:val="es-PE"/>
        </w:rPr>
        <w:t>.</w:t>
      </w:r>
    </w:p>
    <w:p w14:paraId="51D76EB3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/>
          <w:b/>
          <w:color w:val="0070C0"/>
          <w:u w:val="single"/>
          <w:lang w:val="es-PE"/>
        </w:rPr>
      </w:pPr>
    </w:p>
    <w:p w14:paraId="50BE9AC6" w14:textId="77777777" w:rsidR="00000000" w:rsidRPr="002444E3" w:rsidRDefault="00000000" w:rsidP="002444E3">
      <w:pPr>
        <w:spacing w:after="0" w:line="240" w:lineRule="auto"/>
        <w:rPr>
          <w:rFonts w:ascii="Arial Narrow" w:hAnsi="Arial Narrow"/>
          <w:b/>
          <w:color w:val="0070C0"/>
          <w:u w:val="single"/>
          <w:lang w:val="es-PE"/>
        </w:rPr>
      </w:pPr>
    </w:p>
    <w:p w14:paraId="3B447E4A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/>
          <w:b/>
          <w:color w:val="0070C0"/>
          <w:u w:val="single"/>
          <w:lang w:val="es-PE"/>
        </w:rPr>
      </w:pPr>
    </w:p>
    <w:p w14:paraId="4DADA6FD" w14:textId="77777777" w:rsidR="00000000" w:rsidRPr="002444E3" w:rsidRDefault="00000000" w:rsidP="002444E3">
      <w:pPr>
        <w:spacing w:after="0" w:line="240" w:lineRule="auto"/>
        <w:rPr>
          <w:rFonts w:ascii="Arial Narrow" w:hAnsi="Arial Narrow"/>
          <w:b/>
          <w:color w:val="0070C0"/>
          <w:u w:val="single"/>
          <w:lang w:val="es-PE"/>
        </w:rPr>
      </w:pPr>
    </w:p>
    <w:p w14:paraId="19EC040A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sz w:val="20"/>
          <w:szCs w:val="20"/>
          <w:lang w:val="es-PE"/>
        </w:rPr>
        <w:t>……………………………….…………………..</w:t>
      </w:r>
    </w:p>
    <w:p w14:paraId="0E63BC18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Firma, Nombres y Apellidos del postor o</w:t>
      </w:r>
    </w:p>
    <w:p w14:paraId="23338AA2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 w:cs="Segoe UI"/>
          <w:b/>
          <w:bCs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Representante legal o común, según corresponda</w:t>
      </w:r>
    </w:p>
    <w:p w14:paraId="0B5A3F3F" w14:textId="77777777" w:rsidR="00000000" w:rsidRPr="002444E3" w:rsidRDefault="00000000" w:rsidP="002444E3">
      <w:pPr>
        <w:spacing w:after="0" w:line="240" w:lineRule="auto"/>
        <w:rPr>
          <w:rFonts w:ascii="Arial Narrow" w:hAnsi="Arial Narrow"/>
          <w:b/>
          <w:color w:val="0070C0"/>
          <w:u w:val="single"/>
          <w:lang w:val="es-PE"/>
        </w:rPr>
      </w:pPr>
    </w:p>
    <w:p w14:paraId="203917ED" w14:textId="0E8B9F47" w:rsidR="002444E3" w:rsidRPr="002444E3" w:rsidRDefault="002444E3">
      <w:pPr>
        <w:rPr>
          <w:rFonts w:ascii="Arial Narrow" w:hAnsi="Arial Narrow"/>
          <w:b/>
          <w:color w:val="0070C0"/>
          <w:u w:val="single"/>
          <w:lang w:val="es-PE"/>
        </w:rPr>
      </w:pPr>
      <w:r w:rsidRPr="002444E3">
        <w:rPr>
          <w:rFonts w:ascii="Arial Narrow" w:hAnsi="Arial Narrow"/>
          <w:b/>
          <w:color w:val="0070C0"/>
          <w:u w:val="single"/>
          <w:lang w:val="es-PE"/>
        </w:rPr>
        <w:br w:type="page"/>
      </w:r>
    </w:p>
    <w:p w14:paraId="1D6A2B6E" w14:textId="77777777" w:rsidR="00000000" w:rsidRPr="002444E3" w:rsidRDefault="00000000" w:rsidP="002444E3">
      <w:pPr>
        <w:spacing w:after="0" w:line="240" w:lineRule="auto"/>
        <w:rPr>
          <w:rFonts w:ascii="Arial Narrow" w:hAnsi="Arial Narrow"/>
          <w:b/>
          <w:color w:val="0070C0"/>
          <w:u w:val="single"/>
          <w:lang w:val="es-PE"/>
        </w:rPr>
      </w:pPr>
    </w:p>
    <w:p w14:paraId="3F3767BB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/>
          <w:b/>
          <w:color w:val="0070C0"/>
          <w:u w:val="single"/>
          <w:lang w:val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68771F" w:rsidRPr="002444E3" w14:paraId="6BD3A92B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4B93453A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lang w:val="es-PE"/>
              </w:rPr>
            </w:pPr>
            <w:bookmarkStart w:id="1" w:name="_Hlk44668706"/>
            <w:bookmarkStart w:id="2" w:name="_Hlk43900277"/>
            <w:r w:rsidRPr="002444E3">
              <w:rPr>
                <w:rFonts w:ascii="Arial Narrow" w:hAnsi="Arial Narrow" w:cs="Calibri"/>
                <w:b/>
                <w:lang w:val="es-PE"/>
              </w:rPr>
              <w:t>ANEXO N° 05 – DECLARACION JURADA DE VERIFICACION DE DATOS EN REGISTROS DE FUNCIONARIOS SANCIONADOS</w:t>
            </w:r>
            <w:bookmarkEnd w:id="1"/>
          </w:p>
        </w:tc>
      </w:tr>
      <w:bookmarkEnd w:id="2"/>
    </w:tbl>
    <w:p w14:paraId="320DD46D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/>
          <w:b/>
          <w:color w:val="0070C0"/>
          <w:u w:val="single"/>
          <w:lang w:val="es-PE"/>
        </w:rPr>
      </w:pPr>
    </w:p>
    <w:p w14:paraId="579B3289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eastAsia="Calibri" w:hAnsi="Arial Narrow"/>
          <w:b/>
          <w:sz w:val="28"/>
          <w:szCs w:val="28"/>
          <w:lang w:val="es-PE"/>
        </w:rPr>
      </w:pPr>
    </w:p>
    <w:p w14:paraId="77EEA2E8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sz w:val="20"/>
          <w:szCs w:val="20"/>
          <w:lang w:val="es-PE"/>
        </w:rPr>
      </w:pPr>
      <w:r w:rsidRPr="002444E3">
        <w:rPr>
          <w:rFonts w:ascii="Arial Narrow" w:eastAsia="Calibri" w:hAnsi="Arial Narrow"/>
          <w:sz w:val="20"/>
          <w:szCs w:val="20"/>
          <w:lang w:val="es-PE"/>
        </w:rPr>
        <w:t>Yo, …………………………………………………………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>……, identificado con Documento Nacional de Identidad – DNI Nº ……………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>……, con domicilio en …………………………………………………………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>………………………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>……, del Distrito de ………………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>……, de la Provincia y Departamento de ………</w:t>
      </w:r>
      <w:r w:rsidRPr="002444E3">
        <w:rPr>
          <w:rFonts w:ascii="Arial Narrow" w:eastAsia="Calibri" w:hAnsi="Arial Narrow"/>
          <w:sz w:val="20"/>
          <w:szCs w:val="20"/>
          <w:lang w:val="es-PE"/>
        </w:rPr>
        <w:t xml:space="preserve">……………, ante Usted: </w:t>
      </w:r>
    </w:p>
    <w:p w14:paraId="18ECA920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sz w:val="20"/>
          <w:szCs w:val="20"/>
          <w:lang w:val="es-PE"/>
        </w:rPr>
      </w:pPr>
    </w:p>
    <w:p w14:paraId="4A20FA6E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b/>
          <w:sz w:val="20"/>
          <w:szCs w:val="20"/>
          <w:lang w:val="es-PE"/>
        </w:rPr>
      </w:pPr>
      <w:r w:rsidRPr="002444E3">
        <w:rPr>
          <w:rFonts w:ascii="Arial Narrow" w:eastAsia="Calibri" w:hAnsi="Arial Narrow"/>
          <w:sz w:val="20"/>
          <w:szCs w:val="20"/>
          <w:lang w:val="es-PE"/>
        </w:rPr>
        <w:t xml:space="preserve">QUE DE LA VERIFICACIÓN DE MIS DATOS EN LOS REGISTROS DE FUNCIONARIOS SANCIONADOS </w:t>
      </w:r>
      <w:r w:rsidRPr="002444E3">
        <w:rPr>
          <w:rFonts w:ascii="Arial Narrow" w:eastAsia="Calibri" w:hAnsi="Arial Narrow"/>
          <w:b/>
          <w:sz w:val="20"/>
          <w:szCs w:val="20"/>
          <w:lang w:val="es-PE"/>
        </w:rPr>
        <w:t>DECLARO BAJO JURAMENTO QUE:</w:t>
      </w:r>
    </w:p>
    <w:p w14:paraId="6E342493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68771F" w:rsidRPr="002444E3" w14:paraId="25546D04" w14:textId="77777777" w:rsidTr="00DD0D6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16C1AB4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b/>
                <w:bCs/>
                <w:color w:val="000000"/>
                <w:lang w:val="es-PE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B495C9C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b/>
                <w:bCs/>
                <w:color w:val="000000"/>
                <w:lang w:val="es-PE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87291C2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b/>
                <w:bCs/>
                <w:color w:val="000000"/>
                <w:lang w:val="es-PE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E4E8515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b/>
                <w:bCs/>
                <w:color w:val="000000"/>
                <w:lang w:val="es-PE"/>
              </w:rPr>
              <w:t>REGISTROS</w:t>
            </w:r>
          </w:p>
        </w:tc>
      </w:tr>
      <w:tr w:rsidR="0068771F" w:rsidRPr="002444E3" w14:paraId="41442774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70BFE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3EB6F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BEB33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D040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Me encuentro dentro del Registro Nacional de Sanciones Contra Servidores Civiles:</w:t>
            </w:r>
          </w:p>
        </w:tc>
      </w:tr>
      <w:tr w:rsidR="0068771F" w:rsidRPr="002444E3" w14:paraId="7E73568B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A5EE3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70AD3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70AE8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4058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Me encuentro dentro de la Relación de Personas con Inhabilitaciones Vigentes a la fecha en el RNSSC:</w:t>
            </w:r>
          </w:p>
        </w:tc>
      </w:tr>
      <w:tr w:rsidR="0068771F" w:rsidRPr="002444E3" w14:paraId="65E5BBBC" w14:textId="77777777" w:rsidTr="00DD0D6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C05E3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AA4D1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1A71E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DE6D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Me encuentro dentro del Registro de Sanciones por Responsabilidad Administrativa Funcional a cargo de la Contraloría:</w:t>
            </w:r>
          </w:p>
        </w:tc>
      </w:tr>
      <w:tr w:rsidR="0068771F" w:rsidRPr="002444E3" w14:paraId="7CFD28C8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007B8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4F151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713E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0F92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Me encuentro dentro del Registro de Deudores de reparaciones civiles por delitos en agravio del Estado por Delitos de Corrupción:</w:t>
            </w:r>
          </w:p>
        </w:tc>
      </w:tr>
      <w:tr w:rsidR="0068771F" w:rsidRPr="002444E3" w14:paraId="1CCD8513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26B35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78F1F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A5AF4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E914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color w:val="000000"/>
                <w:lang w:val="es-PE"/>
              </w:rPr>
            </w:pPr>
            <w:r w:rsidRPr="002444E3">
              <w:rPr>
                <w:rFonts w:ascii="Arial Narrow" w:hAnsi="Arial Narrow"/>
                <w:color w:val="000000"/>
                <w:lang w:val="es-PE"/>
              </w:rPr>
              <w:t>Me encuentro dentro del Registro Nacional de Abogados Sancionados por Mala Práctica Profesional:</w:t>
            </w:r>
          </w:p>
        </w:tc>
      </w:tr>
    </w:tbl>
    <w:p w14:paraId="1376F775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55FFF6E7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sz w:val="20"/>
          <w:szCs w:val="20"/>
          <w:lang w:val="es-PE"/>
        </w:rPr>
      </w:pPr>
      <w:r w:rsidRPr="002444E3">
        <w:rPr>
          <w:rFonts w:ascii="Arial Narrow" w:eastAsia="Calibri" w:hAnsi="Arial Narrow"/>
          <w:sz w:val="20"/>
          <w:szCs w:val="20"/>
          <w:lang w:val="es-PE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68771F" w:rsidRPr="002444E3" w14:paraId="13235D0F" w14:textId="77777777" w:rsidTr="00DD0D6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57AFECFC" w14:textId="77777777" w:rsidR="00000000" w:rsidRPr="002444E3" w:rsidRDefault="00000000" w:rsidP="002444E3">
            <w:pPr>
              <w:spacing w:after="0" w:line="240" w:lineRule="auto"/>
              <w:rPr>
                <w:rFonts w:ascii="Arial Narrow" w:hAnsi="Arial Narrow"/>
                <w:lang w:val="es-PE" w:eastAsia="es-PE"/>
              </w:rPr>
            </w:pPr>
          </w:p>
        </w:tc>
      </w:tr>
    </w:tbl>
    <w:p w14:paraId="366BD340" w14:textId="77777777" w:rsidR="002444E3" w:rsidRDefault="002444E3" w:rsidP="002444E3">
      <w:pPr>
        <w:spacing w:after="0" w:line="240" w:lineRule="auto"/>
        <w:jc w:val="right"/>
        <w:rPr>
          <w:rFonts w:ascii="Calibri" w:eastAsia="Calibri" w:hAnsi="Calibri"/>
          <w:lang w:val="es-PE"/>
        </w:rPr>
      </w:pPr>
    </w:p>
    <w:p w14:paraId="06A9DBD8" w14:textId="77777777" w:rsidR="002444E3" w:rsidRDefault="002444E3" w:rsidP="002444E3">
      <w:pPr>
        <w:spacing w:after="0" w:line="240" w:lineRule="auto"/>
        <w:jc w:val="right"/>
        <w:rPr>
          <w:rFonts w:ascii="Calibri" w:eastAsia="Calibri" w:hAnsi="Calibri"/>
          <w:lang w:val="es-PE"/>
        </w:rPr>
      </w:pPr>
    </w:p>
    <w:p w14:paraId="30EB173F" w14:textId="619405A8" w:rsidR="00000000" w:rsidRPr="002444E3" w:rsidRDefault="00000000" w:rsidP="002444E3">
      <w:pPr>
        <w:spacing w:after="0" w:line="240" w:lineRule="auto"/>
        <w:jc w:val="right"/>
        <w:rPr>
          <w:rFonts w:ascii="Calibri" w:eastAsia="Calibri" w:hAnsi="Calibri"/>
          <w:lang w:val="es-PE"/>
        </w:rPr>
      </w:pPr>
      <w:r w:rsidRPr="002444E3">
        <w:rPr>
          <w:rFonts w:ascii="Calibri" w:eastAsia="Calibri" w:hAnsi="Calibri"/>
          <w:lang w:val="es-PE"/>
        </w:rPr>
        <w:t>Lima, …</w:t>
      </w:r>
      <w:r w:rsidRPr="002444E3">
        <w:rPr>
          <w:rFonts w:ascii="Calibri" w:eastAsia="Calibri" w:hAnsi="Calibri"/>
          <w:lang w:val="es-PE"/>
        </w:rPr>
        <w:t>…… de…………………</w:t>
      </w:r>
      <w:r w:rsidRPr="002444E3">
        <w:rPr>
          <w:rFonts w:ascii="Calibri" w:eastAsia="Calibri" w:hAnsi="Calibri"/>
          <w:lang w:val="es-PE"/>
        </w:rPr>
        <w:t>……</w:t>
      </w:r>
      <w:r w:rsidRPr="002444E3">
        <w:rPr>
          <w:rFonts w:ascii="Calibri" w:eastAsia="Calibri" w:hAnsi="Calibri"/>
          <w:lang w:val="es-PE"/>
        </w:rPr>
        <w:t xml:space="preserve">. </w:t>
      </w:r>
      <w:r w:rsidRPr="002444E3">
        <w:rPr>
          <w:rFonts w:ascii="Calibri" w:eastAsia="Calibri" w:hAnsi="Calibri"/>
          <w:lang w:val="es-PE"/>
        </w:rPr>
        <w:t>del</w:t>
      </w:r>
      <w:r w:rsidRPr="002444E3">
        <w:rPr>
          <w:rFonts w:ascii="Calibri" w:eastAsia="Calibri" w:hAnsi="Calibri"/>
          <w:lang w:val="es-PE"/>
        </w:rPr>
        <w:t>.…</w:t>
      </w:r>
      <w:r w:rsidRPr="002444E3">
        <w:rPr>
          <w:rFonts w:ascii="Calibri" w:eastAsia="Calibri" w:hAnsi="Calibri"/>
          <w:lang w:val="es-PE"/>
        </w:rPr>
        <w:t>.</w:t>
      </w:r>
    </w:p>
    <w:p w14:paraId="2D4A13EA" w14:textId="77777777" w:rsidR="002444E3" w:rsidRP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p w14:paraId="017C064C" w14:textId="0205A098" w:rsid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>
        <w:rPr>
          <w:rFonts w:ascii="Arial Narrow" w:hAnsi="Arial Narrow" w:cs="Segoe UI"/>
          <w:sz w:val="20"/>
          <w:szCs w:val="20"/>
          <w:lang w:val="es-PE"/>
        </w:rPr>
        <w:t xml:space="preserve">   </w:t>
      </w:r>
    </w:p>
    <w:p w14:paraId="574180E4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p w14:paraId="55B1AF6B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p w14:paraId="483A9E05" w14:textId="77777777" w:rsidR="002444E3" w:rsidRP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p w14:paraId="63D0569A" w14:textId="0DEABDB2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sz w:val="20"/>
          <w:szCs w:val="20"/>
          <w:lang w:val="es-PE"/>
        </w:rPr>
        <w:t>……………………………….…………………..</w:t>
      </w:r>
    </w:p>
    <w:p w14:paraId="4A973812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Firma, Nombres y Apellidos del postor o</w:t>
      </w:r>
    </w:p>
    <w:p w14:paraId="264EFA7C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 w:cs="Segoe UI"/>
          <w:b/>
          <w:bCs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Representante legal o común, según corresponda</w:t>
      </w:r>
    </w:p>
    <w:p w14:paraId="3EEC28C2" w14:textId="0D10DD20" w:rsidR="002444E3" w:rsidRPr="002444E3" w:rsidRDefault="002444E3">
      <w:pPr>
        <w:rPr>
          <w:rFonts w:ascii="Calibri" w:eastAsia="Calibri" w:hAnsi="Calibri"/>
          <w:lang w:val="es-PE"/>
        </w:rPr>
      </w:pPr>
      <w:r w:rsidRPr="002444E3">
        <w:rPr>
          <w:rFonts w:ascii="Calibri" w:eastAsia="Calibri" w:hAnsi="Calibri"/>
          <w:lang w:val="es-PE"/>
        </w:rPr>
        <w:br w:type="page"/>
      </w:r>
    </w:p>
    <w:p w14:paraId="5AFFD703" w14:textId="77777777" w:rsidR="00000000" w:rsidRPr="002444E3" w:rsidRDefault="00000000" w:rsidP="002444E3">
      <w:pPr>
        <w:spacing w:after="0" w:line="240" w:lineRule="auto"/>
        <w:jc w:val="right"/>
        <w:rPr>
          <w:rFonts w:ascii="Calibri" w:eastAsia="Calibri" w:hAnsi="Calibri"/>
          <w:lang w:val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296A51" w:rsidRPr="002444E3" w14:paraId="4D06E54F" w14:textId="77777777" w:rsidTr="009F375D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04E47FC9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lang w:val="es-PE"/>
              </w:rPr>
            </w:pPr>
            <w:r w:rsidRPr="002444E3">
              <w:rPr>
                <w:rFonts w:ascii="Arial Narrow" w:hAnsi="Arial Narrow" w:cs="Calibri"/>
                <w:b/>
                <w:lang w:val="es-PE"/>
              </w:rPr>
              <w:t>ANEXO N° 06 – DECLARACION JURADA DE INTERESES</w:t>
            </w:r>
          </w:p>
        </w:tc>
      </w:tr>
    </w:tbl>
    <w:p w14:paraId="1C97F6BF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0"/>
          <w:szCs w:val="28"/>
          <w:lang w:val="es-PE"/>
        </w:rPr>
      </w:pPr>
    </w:p>
    <w:p w14:paraId="0CE1B835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0"/>
          <w:szCs w:val="28"/>
          <w:lang w:val="es-PE"/>
        </w:rPr>
      </w:pPr>
    </w:p>
    <w:p w14:paraId="4A649348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Yo, ………………………………………………………………,con Documento Nacional de Identidad N° …………………………, en representación de ………………………………………, en adelante EL CONTRATISTA con RUC N° </w:t>
      </w:r>
      <w:r w:rsidRPr="002444E3">
        <w:rPr>
          <w:rFonts w:ascii="Arial Narrow" w:eastAsia="Calibri" w:hAnsi="Arial Narrow"/>
          <w:lang w:val="es-PE"/>
        </w:rPr>
        <w:t>………………………………….</w:t>
      </w:r>
    </w:p>
    <w:p w14:paraId="6A1F90A6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0F731CAE" w14:textId="7075969A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Declaro lo siguiente:</w:t>
      </w:r>
    </w:p>
    <w:p w14:paraId="2260F4C5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4E200BCA" w14:textId="77777777" w:rsidR="00000000" w:rsidRPr="002444E3" w:rsidRDefault="00000000" w:rsidP="002444E3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Presentar la </w:t>
      </w:r>
      <w:r w:rsidRPr="002444E3">
        <w:rPr>
          <w:rFonts w:ascii="Arial Narrow" w:eastAsia="Calibri" w:hAnsi="Arial Narrow"/>
          <w:b/>
          <w:bCs/>
          <w:lang w:val="es-PE"/>
        </w:rPr>
        <w:t>Declaración Jurada de Intereses</w:t>
      </w:r>
      <w:r w:rsidRPr="002444E3">
        <w:rPr>
          <w:rFonts w:ascii="Arial Narrow" w:eastAsia="Calibri" w:hAnsi="Arial Narrow"/>
          <w:lang w:val="es-PE"/>
        </w:rPr>
        <w:t xml:space="preserve">, conforme lo señalado en el </w:t>
      </w:r>
      <w:r w:rsidRPr="002444E3">
        <w:rPr>
          <w:rFonts w:ascii="Arial Narrow" w:eastAsia="Calibri" w:hAnsi="Arial Narrow"/>
          <w:b/>
          <w:bCs/>
          <w:lang w:val="es-PE"/>
        </w:rPr>
        <w:t>Artículo Nº 02 de la Ley N° 31227 y su reglamento aprobado con Resolución de Contraloría Nº 158-2021-CG que establece la obligatoriedad de la presentación de la declaración jurada de intereses en el sector público</w:t>
      </w:r>
      <w:r w:rsidRPr="002444E3">
        <w:rPr>
          <w:rFonts w:ascii="Arial Narrow" w:eastAsia="Calibri" w:hAnsi="Arial Narrow"/>
          <w:lang w:val="es-PE"/>
        </w:rPr>
        <w:t>, en caso de ser sujeto obligado.</w:t>
      </w:r>
    </w:p>
    <w:p w14:paraId="3E711049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/>
          <w:lang w:val="es-PE"/>
        </w:rPr>
      </w:pPr>
    </w:p>
    <w:p w14:paraId="128A9A70" w14:textId="77777777" w:rsidR="00000000" w:rsidRPr="002444E3" w:rsidRDefault="00000000" w:rsidP="002444E3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El contratista, se compromete presentar la Declaración Jurada</w:t>
      </w:r>
      <w:r w:rsidRPr="002444E3">
        <w:rPr>
          <w:rFonts w:ascii="Arial Narrow" w:eastAsia="Calibri" w:hAnsi="Arial Narrow"/>
          <w:lang w:val="es-PE"/>
        </w:rPr>
        <w:footnoteReference w:id="1"/>
      </w:r>
      <w:r w:rsidRPr="002444E3">
        <w:rPr>
          <w:rFonts w:ascii="Arial Narrow" w:eastAsia="Calibri" w:hAnsi="Arial Narrow"/>
          <w:lang w:val="es-PE"/>
        </w:rPr>
        <w:t>:</w:t>
      </w:r>
    </w:p>
    <w:p w14:paraId="6A536CF6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1D881500" w14:textId="77777777" w:rsidR="00000000" w:rsidRPr="002444E3" w:rsidRDefault="00000000" w:rsidP="002444E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De inicio: Dentro de los quince (15) días hábiles de haber sido elegido/a, nombrado/a, designado/a, contratado/a o similares.</w:t>
      </w:r>
    </w:p>
    <w:p w14:paraId="089A6F9A" w14:textId="77777777" w:rsidR="00000000" w:rsidRPr="002444E3" w:rsidRDefault="00000000" w:rsidP="002444E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De cese: Al momento de extinguirse el vínculo laboral o contractual, siendo requisito para la entrega de cargo, conformidad de servicios o similares.</w:t>
      </w:r>
    </w:p>
    <w:p w14:paraId="27B82F2E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Debiendo, acreditarse en el entregable que corresponda.</w:t>
      </w:r>
    </w:p>
    <w:p w14:paraId="5FF6AF15" w14:textId="77777777" w:rsidR="00000000" w:rsidRPr="002444E3" w:rsidRDefault="00000000" w:rsidP="002444E3">
      <w:pPr>
        <w:spacing w:after="0" w:line="240" w:lineRule="auto"/>
        <w:jc w:val="both"/>
        <w:rPr>
          <w:rFonts w:ascii="Arial Narrow" w:hAnsi="Arial Narrow"/>
          <w:lang w:val="es-PE"/>
        </w:rPr>
      </w:pPr>
    </w:p>
    <w:p w14:paraId="15A79B63" w14:textId="77777777" w:rsidR="00000000" w:rsidRPr="002444E3" w:rsidRDefault="00000000" w:rsidP="002444E3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El contratista tiene conocimiento que “</w:t>
      </w:r>
      <w:r w:rsidRPr="002444E3">
        <w:rPr>
          <w:rFonts w:ascii="Arial Narrow" w:eastAsia="Calibri" w:hAnsi="Arial Narrow"/>
          <w:i/>
          <w:lang w:val="es-PE"/>
        </w:rPr>
        <w:t>Es causal  de resolución de contrato el incumplimiento del requerimiento de presentar la Declaración Jurada de Intereses o la presentación de la Declaración Jurada de Intereses con información inexacta o falsa</w:t>
      </w:r>
      <w:r w:rsidRPr="002444E3">
        <w:rPr>
          <w:rFonts w:ascii="Arial Narrow" w:eastAsia="Calibri" w:hAnsi="Arial Narrow"/>
          <w:lang w:val="es-PE"/>
        </w:rPr>
        <w:t>.”</w:t>
      </w:r>
      <w:r w:rsidRPr="002444E3">
        <w:rPr>
          <w:rFonts w:ascii="Arial Narrow" w:eastAsia="Calibri" w:hAnsi="Arial Narrow"/>
          <w:lang w:val="es-PE"/>
        </w:rPr>
        <w:footnoteReference w:id="2"/>
      </w:r>
    </w:p>
    <w:p w14:paraId="5A00E7E0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6FCC5E14" w14:textId="77777777" w:rsidR="00000000" w:rsidRPr="002444E3" w:rsidRDefault="00000000" w:rsidP="002444E3">
      <w:pPr>
        <w:spacing w:after="0" w:line="240" w:lineRule="auto"/>
        <w:jc w:val="right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Lima, ………… de………………………. del.….</w:t>
      </w:r>
    </w:p>
    <w:p w14:paraId="419965F1" w14:textId="77777777" w:rsidR="00000000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34839A2B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003B80A1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088F79C4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22A31696" w14:textId="77777777" w:rsidR="002444E3" w:rsidRDefault="002444E3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37DB4930" w14:textId="77777777" w:rsidR="002444E3" w:rsidRPr="002444E3" w:rsidRDefault="002444E3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34E8A060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sz w:val="20"/>
          <w:szCs w:val="20"/>
          <w:lang w:val="es-PE"/>
        </w:rPr>
        <w:t>……………………………….………………….</w:t>
      </w:r>
    </w:p>
    <w:p w14:paraId="5B5D43D6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Firma, Nombres y Apellidos del postor o</w:t>
      </w:r>
    </w:p>
    <w:p w14:paraId="24005517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 w:cs="Segoe UI"/>
          <w:b/>
          <w:bCs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Representante legal o común, según corresponda</w:t>
      </w:r>
    </w:p>
    <w:p w14:paraId="25862B88" w14:textId="03DED0D8" w:rsidR="002444E3" w:rsidRPr="002444E3" w:rsidRDefault="002444E3">
      <w:pPr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sz w:val="20"/>
          <w:szCs w:val="20"/>
          <w:lang w:val="es-PE"/>
        </w:rPr>
        <w:br w:type="page"/>
      </w:r>
    </w:p>
    <w:p w14:paraId="15FE9A4E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p w14:paraId="7BF08C5A" w14:textId="77777777" w:rsidR="002444E3" w:rsidRPr="002444E3" w:rsidRDefault="002444E3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296A51" w:rsidRPr="002444E3" w14:paraId="19A4697D" w14:textId="77777777" w:rsidTr="009F375D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474BFFDB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lang w:val="es-PE"/>
              </w:rPr>
            </w:pPr>
            <w:r w:rsidRPr="002444E3">
              <w:rPr>
                <w:rFonts w:ascii="Arial Narrow" w:hAnsi="Arial Narrow" w:cs="Calibri"/>
                <w:b/>
                <w:lang w:val="es-PE"/>
              </w:rPr>
              <w:t>ANEXO N° 0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7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 xml:space="preserve"> 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–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 xml:space="preserve"> </w:t>
            </w:r>
            <w:r w:rsidRPr="002444E3">
              <w:rPr>
                <w:rFonts w:ascii="Arial Narrow" w:hAnsi="Arial Narrow" w:cs="Calibri"/>
                <w:b/>
                <w:lang w:val="es-PE"/>
              </w:rPr>
              <w:t>FORMATO DE DECLARACIÓN JURADA SOBRE</w:t>
            </w:r>
          </w:p>
          <w:p w14:paraId="49A35298" w14:textId="77777777" w:rsidR="00000000" w:rsidRPr="002444E3" w:rsidRDefault="00000000" w:rsidP="002444E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lang w:val="es-PE"/>
              </w:rPr>
            </w:pPr>
            <w:r w:rsidRPr="002444E3">
              <w:rPr>
                <w:rFonts w:ascii="Arial Narrow" w:hAnsi="Arial Narrow" w:cs="Calibri"/>
                <w:b/>
                <w:lang w:val="es-PE"/>
              </w:rPr>
              <w:t>PROHIBICIONES E INCOMPATIBILIDADES</w:t>
            </w:r>
          </w:p>
        </w:tc>
      </w:tr>
    </w:tbl>
    <w:p w14:paraId="536F92D6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0"/>
          <w:szCs w:val="28"/>
          <w:lang w:val="es-PE"/>
        </w:rPr>
      </w:pPr>
    </w:p>
    <w:p w14:paraId="7A60FEF2" w14:textId="77777777" w:rsidR="00000000" w:rsidRPr="002444E3" w:rsidRDefault="00000000" w:rsidP="002444E3">
      <w:pPr>
        <w:spacing w:after="0" w:line="240" w:lineRule="auto"/>
        <w:jc w:val="center"/>
        <w:rPr>
          <w:rFonts w:ascii="Calibri" w:eastAsia="Calibri" w:hAnsi="Calibri"/>
          <w:b/>
          <w:sz w:val="20"/>
          <w:szCs w:val="28"/>
          <w:lang w:val="es-PE"/>
        </w:rPr>
      </w:pPr>
    </w:p>
    <w:p w14:paraId="762176A2" w14:textId="789E2B09" w:rsidR="00000000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Yo,</w:t>
      </w:r>
      <w:r>
        <w:rPr>
          <w:rFonts w:ascii="Arial Narrow" w:eastAsia="Calibri" w:hAnsi="Arial Narrow"/>
          <w:lang w:val="es-PE"/>
        </w:rPr>
        <w:t xml:space="preserve"> </w:t>
      </w:r>
      <w:r w:rsidR="00000000" w:rsidRPr="002444E3">
        <w:rPr>
          <w:rFonts w:ascii="Arial Narrow" w:eastAsia="Calibri" w:hAnsi="Arial Narrow"/>
          <w:lang w:val="es-PE"/>
        </w:rPr>
        <w:t>…………………………………………………………,</w:t>
      </w:r>
      <w:r w:rsidR="00000000" w:rsidRPr="002444E3">
        <w:rPr>
          <w:lang w:val="es-PE"/>
        </w:rPr>
        <w:t xml:space="preserve"> </w:t>
      </w:r>
      <w:r w:rsidR="00000000" w:rsidRPr="002444E3">
        <w:rPr>
          <w:rFonts w:ascii="Arial Narrow" w:eastAsia="Calibri" w:hAnsi="Arial Narrow"/>
          <w:lang w:val="es-PE"/>
        </w:rPr>
        <w:t xml:space="preserve">identificado con </w:t>
      </w:r>
      <w:r w:rsidR="00000000" w:rsidRPr="002444E3">
        <w:rPr>
          <w:rFonts w:ascii="Arial Narrow" w:eastAsia="Calibri" w:hAnsi="Arial Narrow"/>
          <w:lang w:val="es-PE"/>
        </w:rPr>
        <w:t xml:space="preserve">DNI </w:t>
      </w:r>
      <w:r w:rsidR="00000000" w:rsidRPr="002444E3">
        <w:rPr>
          <w:rFonts w:ascii="Arial Narrow" w:eastAsia="Calibri" w:hAnsi="Arial Narrow"/>
          <w:lang w:val="es-PE"/>
        </w:rPr>
        <w:t>N° …………………………, en representación de …………</w:t>
      </w:r>
      <w:r w:rsidRPr="002444E3">
        <w:rPr>
          <w:rFonts w:ascii="Arial Narrow" w:eastAsia="Calibri" w:hAnsi="Arial Narrow"/>
          <w:lang w:val="es-PE"/>
        </w:rPr>
        <w:t>……</w:t>
      </w:r>
      <w:r w:rsidR="00000000" w:rsidRPr="002444E3">
        <w:rPr>
          <w:rFonts w:ascii="Arial Narrow" w:eastAsia="Calibri" w:hAnsi="Arial Narrow"/>
          <w:lang w:val="es-PE"/>
        </w:rPr>
        <w:t>…………………</w:t>
      </w:r>
      <w:r w:rsidRPr="002444E3">
        <w:rPr>
          <w:rFonts w:ascii="Arial Narrow" w:eastAsia="Calibri" w:hAnsi="Arial Narrow"/>
          <w:lang w:val="es-PE"/>
        </w:rPr>
        <w:t>……</w:t>
      </w:r>
      <w:r w:rsidR="00000000" w:rsidRPr="002444E3">
        <w:rPr>
          <w:rFonts w:ascii="Arial Narrow" w:eastAsia="Calibri" w:hAnsi="Arial Narrow"/>
          <w:lang w:val="es-PE"/>
        </w:rPr>
        <w:t xml:space="preserve">, </w:t>
      </w:r>
      <w:r w:rsidR="00000000" w:rsidRPr="002444E3">
        <w:rPr>
          <w:rFonts w:ascii="Arial Narrow" w:eastAsia="Calibri" w:hAnsi="Arial Narrow"/>
          <w:lang w:val="es-PE"/>
        </w:rPr>
        <w:t xml:space="preserve">declaro bajo juramento: </w:t>
      </w:r>
      <w:r w:rsidR="00000000" w:rsidRPr="002444E3">
        <w:rPr>
          <w:rFonts w:ascii="Arial Narrow" w:eastAsia="Calibri" w:hAnsi="Arial Narrow"/>
          <w:lang w:val="es-PE"/>
        </w:rPr>
        <w:t>Declaro lo siguiente:</w:t>
      </w:r>
    </w:p>
    <w:p w14:paraId="5E63668B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7CD11444" w14:textId="77777777" w:rsidR="00000000" w:rsidRPr="002444E3" w:rsidRDefault="00000000" w:rsidP="002444E3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Cumplir con las obligaciones consignadas en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el artículo 3 de la Ley N° 31564 y artículo 16 de su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Reglamento, esto es:</w:t>
      </w:r>
    </w:p>
    <w:p w14:paraId="7C0378CC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2C3E334E" w14:textId="77777777" w:rsidR="00000000" w:rsidRPr="002444E3" w:rsidRDefault="00000000" w:rsidP="002444E3">
      <w:pPr>
        <w:numPr>
          <w:ilvl w:val="0"/>
          <w:numId w:val="13"/>
        </w:numPr>
        <w:spacing w:after="0" w:line="240" w:lineRule="auto"/>
        <w:ind w:left="1134" w:hanging="283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</w:t>
      </w:r>
      <w:r w:rsidRPr="002444E3">
        <w:rPr>
          <w:rFonts w:ascii="Arial Narrow" w:eastAsia="Calibri" w:hAnsi="Arial Narrow"/>
          <w:lang w:val="es-PE"/>
        </w:rPr>
        <w:t>extinguido y mientras la información mantenga su carácter de secreta, reservada o confidencial.</w:t>
      </w:r>
    </w:p>
    <w:p w14:paraId="6943014A" w14:textId="77777777" w:rsidR="00000000" w:rsidRPr="002444E3" w:rsidRDefault="00000000" w:rsidP="002444E3">
      <w:pPr>
        <w:numPr>
          <w:ilvl w:val="0"/>
          <w:numId w:val="13"/>
        </w:numPr>
        <w:spacing w:after="0" w:line="240" w:lineRule="auto"/>
        <w:ind w:left="1134" w:hanging="294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 xml:space="preserve">No divulgar ni utilizar información que, sin tener reserva legal expresa, pudiera resultar privilegiada por su contenido relevante, empleándola en su </w:t>
      </w:r>
      <w:r w:rsidRPr="002444E3">
        <w:rPr>
          <w:rFonts w:ascii="Arial Narrow" w:eastAsia="Calibri" w:hAnsi="Arial Narrow"/>
          <w:lang w:val="es-PE"/>
        </w:rPr>
        <w:t>beneficio o de terceros, o en perjuicio o desmedro del Estado o de terceros.</w:t>
      </w:r>
    </w:p>
    <w:p w14:paraId="4A955870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5E6E9162" w14:textId="77777777" w:rsidR="00000000" w:rsidRPr="002444E3" w:rsidRDefault="00000000" w:rsidP="002444E3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Abstenerme de intervenir en los casos que se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configure el supuesto de impedimento señalado en el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artículo 5 de la Ley N° 31564 y en los artículos 10 y 11 de su Reglamento.</w:t>
      </w:r>
    </w:p>
    <w:p w14:paraId="52CC4E7E" w14:textId="77777777" w:rsidR="00000000" w:rsidRPr="002444E3" w:rsidRDefault="00000000" w:rsidP="002444E3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No hallarme incurso en ninguno de los impedimentos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señalados en los numerales 11.3 y 11.4 del artículo 11 del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Reglamento de la Ley N° 31564.</w:t>
      </w:r>
    </w:p>
    <w:p w14:paraId="102C6DC7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02EC1537" w14:textId="2661C76D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Suscribo la presente declaración jurada manifestando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que la información presentada se sujeta al principio de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presunción de veracidad del numeral 1.7 del artículo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IV del TUO de la Ley N° 27444, Ley del Procedimiento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Administrativo General.</w:t>
      </w:r>
    </w:p>
    <w:p w14:paraId="1C39774B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35F67F80" w14:textId="137C2238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Si lo declarado no se ajusta a lo anteriormente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mencionado, me sujeto a lo establecido en el artículo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438 del Código Penal y las demás responsabilidades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administrativas, civiles y/o penales que correspondan,</w:t>
      </w:r>
      <w:r w:rsidRPr="002444E3">
        <w:rPr>
          <w:rFonts w:ascii="Arial Narrow" w:eastAsia="Calibri" w:hAnsi="Arial Narrow"/>
          <w:lang w:val="es-PE"/>
        </w:rPr>
        <w:t xml:space="preserve"> </w:t>
      </w:r>
      <w:r w:rsidRPr="002444E3">
        <w:rPr>
          <w:rFonts w:ascii="Arial Narrow" w:eastAsia="Calibri" w:hAnsi="Arial Narrow"/>
          <w:lang w:val="es-PE"/>
        </w:rPr>
        <w:t>conforme al marco legal vigente.</w:t>
      </w:r>
    </w:p>
    <w:p w14:paraId="5FB926C6" w14:textId="77777777" w:rsidR="002444E3" w:rsidRPr="002444E3" w:rsidRDefault="002444E3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4C8624E6" w14:textId="77777777" w:rsidR="00000000" w:rsidRPr="002444E3" w:rsidRDefault="00000000" w:rsidP="002444E3">
      <w:pPr>
        <w:spacing w:after="0" w:line="240" w:lineRule="auto"/>
        <w:jc w:val="both"/>
        <w:rPr>
          <w:rFonts w:ascii="Arial Narrow" w:eastAsia="Calibri" w:hAnsi="Arial Narrow"/>
          <w:lang w:val="es-PE"/>
        </w:rPr>
      </w:pPr>
    </w:p>
    <w:p w14:paraId="51425C67" w14:textId="1E1E3B6E" w:rsidR="00000000" w:rsidRPr="002444E3" w:rsidRDefault="00000000" w:rsidP="002444E3">
      <w:pPr>
        <w:spacing w:after="0" w:line="240" w:lineRule="auto"/>
        <w:jc w:val="right"/>
        <w:rPr>
          <w:rFonts w:ascii="Arial Narrow" w:eastAsia="Calibri" w:hAnsi="Arial Narrow"/>
          <w:lang w:val="es-PE"/>
        </w:rPr>
      </w:pPr>
      <w:r w:rsidRPr="002444E3">
        <w:rPr>
          <w:rFonts w:ascii="Arial Narrow" w:eastAsia="Calibri" w:hAnsi="Arial Narrow"/>
          <w:lang w:val="es-PE"/>
        </w:rPr>
        <w:t>Lima, …</w:t>
      </w:r>
      <w:r w:rsidRPr="002444E3">
        <w:rPr>
          <w:rFonts w:ascii="Arial Narrow" w:eastAsia="Calibri" w:hAnsi="Arial Narrow"/>
          <w:lang w:val="es-PE"/>
        </w:rPr>
        <w:t>………… de…………………</w:t>
      </w:r>
      <w:r w:rsidRPr="002444E3">
        <w:rPr>
          <w:rFonts w:ascii="Arial Narrow" w:eastAsia="Calibri" w:hAnsi="Arial Narrow"/>
          <w:lang w:val="es-PE"/>
        </w:rPr>
        <w:t>……</w:t>
      </w:r>
      <w:r w:rsidRPr="002444E3">
        <w:rPr>
          <w:rFonts w:ascii="Arial Narrow" w:eastAsia="Calibri" w:hAnsi="Arial Narrow"/>
          <w:lang w:val="es-PE"/>
        </w:rPr>
        <w:t xml:space="preserve">. </w:t>
      </w:r>
      <w:r w:rsidR="002444E3" w:rsidRPr="002444E3">
        <w:rPr>
          <w:rFonts w:ascii="Arial Narrow" w:eastAsia="Calibri" w:hAnsi="Arial Narrow"/>
          <w:lang w:val="es-PE"/>
        </w:rPr>
        <w:t>del.…</w:t>
      </w:r>
      <w:r w:rsidRPr="002444E3">
        <w:rPr>
          <w:rFonts w:ascii="Arial Narrow" w:eastAsia="Calibri" w:hAnsi="Arial Narrow"/>
          <w:lang w:val="es-PE"/>
        </w:rPr>
        <w:t>.</w:t>
      </w:r>
    </w:p>
    <w:p w14:paraId="79DFB4E1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162B174C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0E298652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6A12A4BE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68470CA0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rPr>
          <w:rFonts w:ascii="Arial Narrow" w:hAnsi="Arial Narrow" w:cs="Segoe UI"/>
          <w:sz w:val="20"/>
          <w:szCs w:val="20"/>
          <w:lang w:val="es-PE"/>
        </w:rPr>
      </w:pPr>
    </w:p>
    <w:p w14:paraId="08BC3CC8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sz w:val="20"/>
          <w:szCs w:val="20"/>
          <w:lang w:val="es-PE"/>
        </w:rPr>
        <w:t>……………………………….………………….</w:t>
      </w:r>
    </w:p>
    <w:p w14:paraId="3874724A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Firma, Nombres y Apellidos del postor o</w:t>
      </w:r>
    </w:p>
    <w:p w14:paraId="66514C1C" w14:textId="77777777" w:rsidR="00000000" w:rsidRPr="002444E3" w:rsidRDefault="00000000" w:rsidP="002444E3">
      <w:pPr>
        <w:spacing w:after="0" w:line="240" w:lineRule="auto"/>
        <w:jc w:val="center"/>
        <w:rPr>
          <w:rFonts w:ascii="Arial Narrow" w:hAnsi="Arial Narrow" w:cs="Segoe UI"/>
          <w:b/>
          <w:bCs/>
          <w:sz w:val="20"/>
          <w:szCs w:val="20"/>
          <w:lang w:val="es-PE"/>
        </w:rPr>
      </w:pP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 xml:space="preserve">Representante legal o común, según </w:t>
      </w:r>
      <w:r w:rsidRPr="002444E3">
        <w:rPr>
          <w:rFonts w:ascii="Arial Narrow" w:hAnsi="Arial Narrow" w:cs="Segoe UI"/>
          <w:b/>
          <w:bCs/>
          <w:sz w:val="20"/>
          <w:szCs w:val="20"/>
          <w:lang w:val="es-PE"/>
        </w:rPr>
        <w:t>corresponda</w:t>
      </w:r>
    </w:p>
    <w:p w14:paraId="57E1B619" w14:textId="77777777" w:rsidR="00000000" w:rsidRPr="002444E3" w:rsidRDefault="00000000" w:rsidP="002444E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egoe UI"/>
          <w:sz w:val="20"/>
          <w:szCs w:val="20"/>
          <w:lang w:val="es-PE"/>
        </w:rPr>
      </w:pPr>
    </w:p>
    <w:sectPr w:rsidR="008C5186" w:rsidRPr="002444E3" w:rsidSect="00EB060A">
      <w:footnotePr>
        <w:numFmt w:val="chicago"/>
        <w:numStart w:val="3"/>
      </w:footnotePr>
      <w:type w:val="continuous"/>
      <w:pgSz w:w="11906" w:h="16838"/>
      <w:pgMar w:top="1701" w:right="1418" w:bottom="1418" w:left="1276" w:header="708" w:footer="419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70718" w14:textId="77777777" w:rsidR="007014DE" w:rsidRDefault="007014DE">
      <w:pPr>
        <w:spacing w:after="0" w:line="240" w:lineRule="auto"/>
      </w:pPr>
      <w:r>
        <w:separator/>
      </w:r>
    </w:p>
  </w:endnote>
  <w:endnote w:type="continuationSeparator" w:id="0">
    <w:p w14:paraId="5D55DEFE" w14:textId="77777777" w:rsidR="007014DE" w:rsidRDefault="0070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61277" w14:textId="77777777" w:rsidR="007014DE" w:rsidRDefault="007014DE">
      <w:pPr>
        <w:spacing w:after="0" w:line="240" w:lineRule="auto"/>
      </w:pPr>
      <w:r>
        <w:separator/>
      </w:r>
    </w:p>
  </w:footnote>
  <w:footnote w:type="continuationSeparator" w:id="0">
    <w:p w14:paraId="79739049" w14:textId="77777777" w:rsidR="007014DE" w:rsidRDefault="007014DE">
      <w:pPr>
        <w:spacing w:after="0" w:line="240" w:lineRule="auto"/>
      </w:pPr>
      <w:r>
        <w:continuationSeparator/>
      </w:r>
    </w:p>
  </w:footnote>
  <w:footnote w:id="1">
    <w:p w14:paraId="0EDCDC6F" w14:textId="77777777" w:rsidR="002444E3" w:rsidRDefault="002444E3"/>
    <w:p w14:paraId="4A014BFD" w14:textId="77777777" w:rsidR="00000000" w:rsidRDefault="00000000"/>
  </w:footnote>
  <w:footnote w:id="2">
    <w:p w14:paraId="2ECD158F" w14:textId="77777777" w:rsidR="002444E3" w:rsidRDefault="002444E3"/>
    <w:p w14:paraId="0CC0D0F7" w14:textId="77777777" w:rsidR="00000000" w:rsidRDefault="000000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55604B"/>
    <w:multiLevelType w:val="multilevel"/>
    <w:tmpl w:val="E194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5118814">
    <w:abstractNumId w:val="8"/>
  </w:num>
  <w:num w:numId="2" w16cid:durableId="773406959">
    <w:abstractNumId w:val="6"/>
  </w:num>
  <w:num w:numId="3" w16cid:durableId="1158108584">
    <w:abstractNumId w:val="5"/>
  </w:num>
  <w:num w:numId="4" w16cid:durableId="981616145">
    <w:abstractNumId w:val="4"/>
  </w:num>
  <w:num w:numId="5" w16cid:durableId="1962372607">
    <w:abstractNumId w:val="7"/>
  </w:num>
  <w:num w:numId="6" w16cid:durableId="428358774">
    <w:abstractNumId w:val="3"/>
  </w:num>
  <w:num w:numId="7" w16cid:durableId="1116758384">
    <w:abstractNumId w:val="2"/>
  </w:num>
  <w:num w:numId="8" w16cid:durableId="1912423517">
    <w:abstractNumId w:val="1"/>
  </w:num>
  <w:num w:numId="9" w16cid:durableId="24138295">
    <w:abstractNumId w:val="0"/>
  </w:num>
  <w:num w:numId="10" w16cid:durableId="481774728">
    <w:abstractNumId w:val="9"/>
  </w:num>
  <w:num w:numId="11" w16cid:durableId="8080183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3936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2376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numFmt w:val="chicago"/>
    <w:numStart w:val="3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44E3"/>
    <w:rsid w:val="0029639D"/>
    <w:rsid w:val="00326F90"/>
    <w:rsid w:val="004616D8"/>
    <w:rsid w:val="007014D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981F712"/>
  <w14:defaultImageDpi w14:val="300"/>
  <w15:docId w15:val="{2B151849-3463-41CA-969C-9C23FC13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994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Juan Jose Rios Caceres</cp:lastModifiedBy>
  <cp:revision>1</cp:revision>
  <dcterms:created xsi:type="dcterms:W3CDTF">2013-12-23T23:15:00Z</dcterms:created>
  <dcterms:modified xsi:type="dcterms:W3CDTF">2026-08-07T15:15:00Z</dcterms:modified>
  <cp:category/>
</cp:coreProperties>
</file>