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BEC5" w14:textId="77777777" w:rsidR="00CF04FB" w:rsidRPr="008222A8" w:rsidRDefault="00000000" w:rsidP="008222A8">
      <w:pPr>
        <w:pStyle w:val="Ttulo1"/>
        <w:jc w:val="center"/>
        <w:rPr>
          <w:color w:val="auto"/>
          <w:sz w:val="36"/>
          <w:szCs w:val="36"/>
        </w:rPr>
      </w:pPr>
      <w:r w:rsidRPr="008222A8">
        <w:rPr>
          <w:color w:val="auto"/>
          <w:sz w:val="36"/>
          <w:szCs w:val="36"/>
        </w:rPr>
        <w:t>DECLARACIÓN JURADA DE VERACIDAD Y NO IMPEDIMENTO</w:t>
      </w:r>
    </w:p>
    <w:p w14:paraId="1BC0215F" w14:textId="77777777" w:rsidR="008222A8" w:rsidRPr="008222A8" w:rsidRDefault="008222A8" w:rsidP="008222A8"/>
    <w:p w14:paraId="2AAF7CEF" w14:textId="77777777" w:rsidR="00CF04FB" w:rsidRDefault="00000000">
      <w:r>
        <w:t>Yo, [NOMBRE COMPLETO DEL REPRESENTANTE LEGAL], identificado con DNI N.º [__________], en calidad de [GERENTE GENERAL / REPRESENTANTE LEGAL] de la empresa [RAZÓN SOCIAL], con RUC N.º [__________], declaro bajo juramento que:</w:t>
      </w:r>
      <w:r>
        <w:br/>
      </w:r>
      <w:r>
        <w:br/>
        <w:t>1. Toda la información y documentación presentada con la cotización es veraz, completa y actualizada.</w:t>
      </w:r>
      <w:r>
        <w:br/>
        <w:t>2. No me encuentro incurso en ninguno de los impedimentos para contratar con el Estado establecidos en el artículo 31 de la Ley N.º 32069 ni en su Reglamento.</w:t>
      </w:r>
      <w:r>
        <w:br/>
        <w:t>3. Asumo plena responsabilidad por la veracidad de la presente declaración, bajo las sanciones establecidas por ley.</w:t>
      </w:r>
    </w:p>
    <w:p w14:paraId="2958AFEC" w14:textId="77777777" w:rsidR="00CF04FB" w:rsidRDefault="00000000">
      <w:r>
        <w:br/>
      </w:r>
      <w:r>
        <w:br/>
        <w:t>Lugar y fecha: __________________________</w:t>
      </w:r>
    </w:p>
    <w:p w14:paraId="4A61B512" w14:textId="77777777" w:rsidR="00CF04FB" w:rsidRDefault="00000000">
      <w:r>
        <w:br/>
        <w:t>Firma:</w:t>
      </w:r>
      <w:r>
        <w:br/>
        <w:t>Nombre y cargo:</w:t>
      </w:r>
      <w:r>
        <w:br/>
        <w:t>Sello de la empresa (si aplica)</w:t>
      </w:r>
    </w:p>
    <w:sectPr w:rsidR="00CF04F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351280">
    <w:abstractNumId w:val="8"/>
  </w:num>
  <w:num w:numId="2" w16cid:durableId="1162694252">
    <w:abstractNumId w:val="6"/>
  </w:num>
  <w:num w:numId="3" w16cid:durableId="1937902307">
    <w:abstractNumId w:val="5"/>
  </w:num>
  <w:num w:numId="4" w16cid:durableId="1890339846">
    <w:abstractNumId w:val="4"/>
  </w:num>
  <w:num w:numId="5" w16cid:durableId="1446346570">
    <w:abstractNumId w:val="7"/>
  </w:num>
  <w:num w:numId="6" w16cid:durableId="735398457">
    <w:abstractNumId w:val="3"/>
  </w:num>
  <w:num w:numId="7" w16cid:durableId="1244685941">
    <w:abstractNumId w:val="2"/>
  </w:num>
  <w:num w:numId="8" w16cid:durableId="994337982">
    <w:abstractNumId w:val="1"/>
  </w:num>
  <w:num w:numId="9" w16cid:durableId="571234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222A8"/>
    <w:rsid w:val="00AA1D8D"/>
    <w:rsid w:val="00B47730"/>
    <w:rsid w:val="00CB0664"/>
    <w:rsid w:val="00CF04FB"/>
    <w:rsid w:val="00DE5D1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83A62CF"/>
  <w14:defaultImageDpi w14:val="300"/>
  <w15:docId w15:val="{B9F0DB07-97B7-420F-9A33-2C815FA14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FERNANDO MILLONES</cp:lastModifiedBy>
  <cp:revision>2</cp:revision>
  <dcterms:created xsi:type="dcterms:W3CDTF">2013-12-23T23:15:00Z</dcterms:created>
  <dcterms:modified xsi:type="dcterms:W3CDTF">2025-06-02T09:43:00Z</dcterms:modified>
  <cp:category/>
</cp:coreProperties>
</file>