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C75DE" w14:textId="56336242" w:rsidR="000A5BD1" w:rsidRPr="00B62175" w:rsidRDefault="006F0012" w:rsidP="00B62175">
      <w:pPr>
        <w:pStyle w:val="Ttulo1"/>
        <w:spacing w:before="0" w:line="240" w:lineRule="auto"/>
        <w:rPr>
          <w:lang w:val="es-PE"/>
        </w:rPr>
      </w:pPr>
      <w:r w:rsidRPr="006F0012">
        <w:rPr>
          <w:highlight w:val="yellow"/>
          <w:lang w:val="es-PE"/>
        </w:rPr>
        <w:t>MODELO</w:t>
      </w:r>
      <w:r>
        <w:rPr>
          <w:lang w:val="es-PE"/>
        </w:rPr>
        <w:t xml:space="preserve"> - </w:t>
      </w:r>
      <w:r w:rsidR="00000000" w:rsidRPr="00B62175">
        <w:rPr>
          <w:lang w:val="es-PE"/>
        </w:rPr>
        <w:t>CARTA DE PROPUESTA ECONÓMICA</w:t>
      </w:r>
    </w:p>
    <w:p w14:paraId="4322881C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Señores.</w:t>
      </w:r>
      <w:r w:rsidRPr="00B62175">
        <w:rPr>
          <w:lang w:val="es-PE"/>
        </w:rPr>
        <w:br/>
        <w:t>CENTRO NACIONAL DE ESTIMACIÓN, PREVENCIÓN Y REDUCCIÓN DEL RIESGO DE DESASTRES.</w:t>
      </w:r>
      <w:r w:rsidRPr="00B62175">
        <w:rPr>
          <w:lang w:val="es-PE"/>
        </w:rPr>
        <w:br/>
        <w:t>CENEPRED.</w:t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proofErr w:type="gramStart"/>
      <w:r w:rsidRPr="00B62175">
        <w:rPr>
          <w:lang w:val="es-PE"/>
        </w:rPr>
        <w:t>Presente.-</w:t>
      </w:r>
      <w:proofErr w:type="gramEnd"/>
    </w:p>
    <w:p w14:paraId="1ECC786F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De mi mayor consideración:</w:t>
      </w:r>
      <w:r w:rsidRPr="00B62175">
        <w:rPr>
          <w:lang w:val="es-PE"/>
        </w:rPr>
        <w:br/>
      </w:r>
      <w:r w:rsidRPr="00B62175">
        <w:rPr>
          <w:lang w:val="es-PE"/>
        </w:rPr>
        <w:br/>
        <w:t>De acuerdo a los Términos de Referencia y/o Especificaciones Técnicas, quien suscribe presenta a su consideración la Propuesta Económica por el importe total de S/……… (………………. y 00/100 soles), incluidos los impuestos de ley y cualquier otro concepto que pueda incidir sobre el costo total de la prestación, detallando mi oferta a continuación:</w:t>
      </w:r>
    </w:p>
    <w:p w14:paraId="71792882" w14:textId="77777777" w:rsidR="00B62175" w:rsidRPr="00B62175" w:rsidRDefault="00B62175" w:rsidP="00B62175">
      <w:pPr>
        <w:spacing w:after="0" w:line="240" w:lineRule="auto"/>
        <w:rPr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0A5BD1" w:rsidRPr="00B62175" w14:paraId="58DDDCFE" w14:textId="77777777">
        <w:tc>
          <w:tcPr>
            <w:tcW w:w="2880" w:type="dxa"/>
          </w:tcPr>
          <w:p w14:paraId="25350122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DESCRIPCIÓN DEL BIEN O SERVICIO</w:t>
            </w:r>
          </w:p>
        </w:tc>
        <w:tc>
          <w:tcPr>
            <w:tcW w:w="2880" w:type="dxa"/>
          </w:tcPr>
          <w:p w14:paraId="7D7941C6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CANTIDAD</w:t>
            </w:r>
          </w:p>
        </w:tc>
        <w:tc>
          <w:tcPr>
            <w:tcW w:w="2880" w:type="dxa"/>
          </w:tcPr>
          <w:p w14:paraId="2FDD53A0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PRECIO TOTAL S/</w:t>
            </w:r>
          </w:p>
        </w:tc>
      </w:tr>
      <w:tr w:rsidR="000A5BD1" w:rsidRPr="00B62175" w14:paraId="24970FC1" w14:textId="77777777">
        <w:tc>
          <w:tcPr>
            <w:tcW w:w="2880" w:type="dxa"/>
          </w:tcPr>
          <w:p w14:paraId="5273DB22" w14:textId="77777777" w:rsidR="000A5BD1" w:rsidRPr="00B62175" w:rsidRDefault="000A5BD1" w:rsidP="00B62175">
            <w:pPr>
              <w:rPr>
                <w:lang w:val="es-PE"/>
              </w:rPr>
            </w:pPr>
          </w:p>
        </w:tc>
        <w:tc>
          <w:tcPr>
            <w:tcW w:w="2880" w:type="dxa"/>
          </w:tcPr>
          <w:p w14:paraId="41AA7F8B" w14:textId="77777777" w:rsidR="000A5BD1" w:rsidRPr="00B62175" w:rsidRDefault="000A5BD1" w:rsidP="00B62175">
            <w:pPr>
              <w:rPr>
                <w:lang w:val="es-PE"/>
              </w:rPr>
            </w:pPr>
          </w:p>
        </w:tc>
        <w:tc>
          <w:tcPr>
            <w:tcW w:w="2880" w:type="dxa"/>
          </w:tcPr>
          <w:p w14:paraId="44EBC951" w14:textId="77777777" w:rsidR="000A5BD1" w:rsidRPr="00B62175" w:rsidRDefault="000A5BD1" w:rsidP="00B62175">
            <w:pPr>
              <w:rPr>
                <w:lang w:val="es-PE"/>
              </w:rPr>
            </w:pPr>
          </w:p>
        </w:tc>
      </w:tr>
    </w:tbl>
    <w:p w14:paraId="52442518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br/>
        <w:t>La presente propuesta incluye todos los costos directos e indirectos, impuestos de ley, transporte, instalación, puesta en marcha u otros que resulten necesarios para la correcta ejecución del bien o servicio ofertado.</w:t>
      </w:r>
      <w:r w:rsidRPr="00B62175">
        <w:rPr>
          <w:lang w:val="es-PE"/>
        </w:rPr>
        <w:br/>
      </w:r>
    </w:p>
    <w:p w14:paraId="1B4FFC96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Declaro haber tomado conocimiento de todas las condiciones contenidas en los Términos de Referencia y/o Especificaciones Técnicas, así como de los procedimientos y condiciones establecidos en el proceso de contratación.</w:t>
      </w:r>
    </w:p>
    <w:p w14:paraId="6699CB6D" w14:textId="77777777" w:rsidR="000A5BD1" w:rsidRPr="00B62175" w:rsidRDefault="00000000" w:rsidP="00B62175">
      <w:pPr>
        <w:pStyle w:val="Ttulo2"/>
        <w:spacing w:before="0" w:line="240" w:lineRule="auto"/>
        <w:rPr>
          <w:lang w:val="es-PE"/>
        </w:rPr>
      </w:pPr>
      <w:r w:rsidRPr="00B62175">
        <w:rPr>
          <w:lang w:val="es-PE"/>
        </w:rPr>
        <w:br/>
        <w:t>DATOS GENERALES DEL PROVEEDOR:</w:t>
      </w:r>
    </w:p>
    <w:p w14:paraId="351DF2A2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Razón Social: _____________________________________________</w:t>
      </w:r>
    </w:p>
    <w:p w14:paraId="58F2091E" w14:textId="2A6A207F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Nombre Comercial: ______________________________________</w:t>
      </w:r>
    </w:p>
    <w:p w14:paraId="58549CB0" w14:textId="37990B92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 xml:space="preserve">RUC </w:t>
      </w:r>
      <w:proofErr w:type="spellStart"/>
      <w:r w:rsidRPr="00B62175">
        <w:rPr>
          <w:lang w:val="es-PE"/>
        </w:rPr>
        <w:t>N°</w:t>
      </w:r>
      <w:proofErr w:type="spellEnd"/>
      <w:r w:rsidRPr="00B62175">
        <w:rPr>
          <w:lang w:val="es-PE"/>
        </w:rPr>
        <w:t>: _________________________________________________</w:t>
      </w:r>
      <w:r w:rsidR="00B62175">
        <w:rPr>
          <w:lang w:val="es-PE"/>
        </w:rPr>
        <w:t>__</w:t>
      </w:r>
    </w:p>
    <w:p w14:paraId="410BEF25" w14:textId="77E75BF3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Dirección: _______________________________________________</w:t>
      </w:r>
      <w:r w:rsidR="00B62175">
        <w:rPr>
          <w:lang w:val="es-PE"/>
        </w:rPr>
        <w:t>__</w:t>
      </w:r>
    </w:p>
    <w:p w14:paraId="01E224CE" w14:textId="01BF7776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Teléfono/Celular: ________________________________________</w:t>
      </w:r>
    </w:p>
    <w:p w14:paraId="5BAA9574" w14:textId="295698D9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Correo electrónico: _______________________________________</w:t>
      </w:r>
    </w:p>
    <w:p w14:paraId="3A3459D6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br/>
        <w:t>Lima, …… de ………………. de 2025.</w:t>
      </w:r>
      <w:r w:rsidRPr="00B62175">
        <w:rPr>
          <w:lang w:val="es-PE"/>
        </w:rPr>
        <w:br/>
      </w:r>
    </w:p>
    <w:p w14:paraId="0567374B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Atentamente,</w:t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r w:rsidRPr="00B62175">
        <w:rPr>
          <w:lang w:val="es-PE"/>
        </w:rPr>
        <w:br/>
        <w:t>________________________________________</w:t>
      </w:r>
      <w:r w:rsidRPr="00B62175">
        <w:rPr>
          <w:lang w:val="es-PE"/>
        </w:rPr>
        <w:br/>
        <w:t>Firma</w:t>
      </w:r>
      <w:r w:rsidRPr="00B62175">
        <w:rPr>
          <w:lang w:val="es-PE"/>
        </w:rPr>
        <w:br/>
        <w:t>Nombres y apellidos: ………………………</w:t>
      </w:r>
      <w:proofErr w:type="gramStart"/>
      <w:r w:rsidRPr="00B62175">
        <w:rPr>
          <w:lang w:val="es-PE"/>
        </w:rPr>
        <w:t>…….</w:t>
      </w:r>
      <w:proofErr w:type="gramEnd"/>
      <w:r w:rsidRPr="00B62175">
        <w:rPr>
          <w:lang w:val="es-PE"/>
        </w:rPr>
        <w:br/>
        <w:t>Cargo: ………………………………………</w:t>
      </w:r>
      <w:r w:rsidRPr="00B62175">
        <w:rPr>
          <w:lang w:val="es-PE"/>
        </w:rPr>
        <w:br/>
      </w:r>
    </w:p>
    <w:sectPr w:rsidR="000A5BD1" w:rsidRPr="00B62175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14175" w14:textId="77777777" w:rsidR="003717EF" w:rsidRDefault="003717EF" w:rsidP="00B62175">
      <w:pPr>
        <w:spacing w:after="0" w:line="240" w:lineRule="auto"/>
      </w:pPr>
      <w:r>
        <w:separator/>
      </w:r>
    </w:p>
  </w:endnote>
  <w:endnote w:type="continuationSeparator" w:id="0">
    <w:p w14:paraId="3AD6B761" w14:textId="77777777" w:rsidR="003717EF" w:rsidRDefault="003717EF" w:rsidP="00B6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28436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A10D48C" w14:textId="7F2BF6BC" w:rsidR="00B62175" w:rsidRDefault="00B62175">
            <w:pPr>
              <w:pStyle w:val="Piedepgina"/>
              <w:jc w:val="right"/>
            </w:pPr>
            <w:r w:rsidRPr="00B62175">
              <w:rPr>
                <w:sz w:val="18"/>
                <w:szCs w:val="18"/>
                <w:lang w:val="es-ES"/>
              </w:rPr>
              <w:t xml:space="preserve">Página </w:t>
            </w:r>
            <w:r w:rsidRPr="00B62175">
              <w:rPr>
                <w:b/>
                <w:bCs/>
                <w:sz w:val="20"/>
                <w:szCs w:val="20"/>
              </w:rPr>
              <w:fldChar w:fldCharType="begin"/>
            </w:r>
            <w:r w:rsidRPr="00B62175">
              <w:rPr>
                <w:b/>
                <w:bCs/>
                <w:sz w:val="18"/>
                <w:szCs w:val="18"/>
              </w:rPr>
              <w:instrText>PAGE</w:instrText>
            </w:r>
            <w:r w:rsidRPr="00B62175">
              <w:rPr>
                <w:b/>
                <w:bCs/>
                <w:sz w:val="20"/>
                <w:szCs w:val="20"/>
              </w:rPr>
              <w:fldChar w:fldCharType="separate"/>
            </w:r>
            <w:r w:rsidRPr="00B62175">
              <w:rPr>
                <w:b/>
                <w:bCs/>
                <w:sz w:val="18"/>
                <w:szCs w:val="18"/>
                <w:lang w:val="es-ES"/>
              </w:rPr>
              <w:t>2</w:t>
            </w:r>
            <w:r w:rsidRPr="00B62175">
              <w:rPr>
                <w:b/>
                <w:bCs/>
                <w:sz w:val="20"/>
                <w:szCs w:val="20"/>
              </w:rPr>
              <w:fldChar w:fldCharType="end"/>
            </w:r>
            <w:r w:rsidRPr="00B62175">
              <w:rPr>
                <w:sz w:val="18"/>
                <w:szCs w:val="18"/>
                <w:lang w:val="es-ES"/>
              </w:rPr>
              <w:t xml:space="preserve"> de </w:t>
            </w:r>
            <w:r w:rsidRPr="00B62175">
              <w:rPr>
                <w:b/>
                <w:bCs/>
                <w:sz w:val="20"/>
                <w:szCs w:val="20"/>
              </w:rPr>
              <w:fldChar w:fldCharType="begin"/>
            </w:r>
            <w:r w:rsidRPr="00B62175">
              <w:rPr>
                <w:b/>
                <w:bCs/>
                <w:sz w:val="18"/>
                <w:szCs w:val="18"/>
              </w:rPr>
              <w:instrText>NUMPAGES</w:instrText>
            </w:r>
            <w:r w:rsidRPr="00B62175">
              <w:rPr>
                <w:b/>
                <w:bCs/>
                <w:sz w:val="20"/>
                <w:szCs w:val="20"/>
              </w:rPr>
              <w:fldChar w:fldCharType="separate"/>
            </w:r>
            <w:r w:rsidRPr="00B62175">
              <w:rPr>
                <w:b/>
                <w:bCs/>
                <w:sz w:val="18"/>
                <w:szCs w:val="18"/>
                <w:lang w:val="es-ES"/>
              </w:rPr>
              <w:t>2</w:t>
            </w:r>
            <w:r w:rsidRPr="00B6217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F94EF12" w14:textId="77777777" w:rsidR="00B62175" w:rsidRDefault="00B621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7B58C" w14:textId="77777777" w:rsidR="003717EF" w:rsidRDefault="003717EF" w:rsidP="00B62175">
      <w:pPr>
        <w:spacing w:after="0" w:line="240" w:lineRule="auto"/>
      </w:pPr>
      <w:r>
        <w:separator/>
      </w:r>
    </w:p>
  </w:footnote>
  <w:footnote w:type="continuationSeparator" w:id="0">
    <w:p w14:paraId="6A5EC4AA" w14:textId="77777777" w:rsidR="003717EF" w:rsidRDefault="003717EF" w:rsidP="00B62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834EF" w14:textId="77777777" w:rsidR="00B62175" w:rsidRPr="006F0012" w:rsidRDefault="00B62175" w:rsidP="00B62175">
    <w:pPr>
      <w:pStyle w:val="Encabezado"/>
      <w:jc w:val="right"/>
      <w:rPr>
        <w:b/>
        <w:sz w:val="16"/>
        <w:szCs w:val="20"/>
        <w:lang w:val="es-PE"/>
      </w:rPr>
    </w:pPr>
    <w:r w:rsidRPr="006F0012">
      <w:rPr>
        <w:b/>
        <w:sz w:val="16"/>
        <w:szCs w:val="20"/>
        <w:lang w:val="es-PE"/>
      </w:rPr>
      <w:t>CENTRO NACIONAL DE ESTIMACIÓN, PREVENCIÓN Y REDUCCIÓN DEL RIESGO DE DESASTRES - CENEPRED</w:t>
    </w:r>
  </w:p>
  <w:p w14:paraId="25297235" w14:textId="77777777" w:rsidR="00B62175" w:rsidRPr="006F0012" w:rsidRDefault="00B62175">
    <w:pPr>
      <w:pStyle w:val="Encabezado"/>
      <w:rPr>
        <w:sz w:val="20"/>
        <w:szCs w:val="20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0720806">
    <w:abstractNumId w:val="8"/>
  </w:num>
  <w:num w:numId="2" w16cid:durableId="981153303">
    <w:abstractNumId w:val="6"/>
  </w:num>
  <w:num w:numId="3" w16cid:durableId="327829833">
    <w:abstractNumId w:val="5"/>
  </w:num>
  <w:num w:numId="4" w16cid:durableId="1905483922">
    <w:abstractNumId w:val="4"/>
  </w:num>
  <w:num w:numId="5" w16cid:durableId="396056671">
    <w:abstractNumId w:val="7"/>
  </w:num>
  <w:num w:numId="6" w16cid:durableId="1232619483">
    <w:abstractNumId w:val="3"/>
  </w:num>
  <w:num w:numId="7" w16cid:durableId="1334991452">
    <w:abstractNumId w:val="2"/>
  </w:num>
  <w:num w:numId="8" w16cid:durableId="1132750565">
    <w:abstractNumId w:val="1"/>
  </w:num>
  <w:num w:numId="9" w16cid:durableId="284391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5BD1"/>
    <w:rsid w:val="0015074B"/>
    <w:rsid w:val="0029639D"/>
    <w:rsid w:val="00326F90"/>
    <w:rsid w:val="003717EF"/>
    <w:rsid w:val="0037221E"/>
    <w:rsid w:val="006F0012"/>
    <w:rsid w:val="00AA1D8D"/>
    <w:rsid w:val="00B440DD"/>
    <w:rsid w:val="00B47730"/>
    <w:rsid w:val="00B62175"/>
    <w:rsid w:val="00CB0664"/>
    <w:rsid w:val="00F545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97E0D5E"/>
  <w14:defaultImageDpi w14:val="300"/>
  <w15:docId w15:val="{04483AE8-FEC5-493D-A1DB-9896971C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Sheyla Haydeé Cueva Rovelo</cp:lastModifiedBy>
  <cp:revision>3</cp:revision>
  <dcterms:created xsi:type="dcterms:W3CDTF">2013-12-23T23:15:00Z</dcterms:created>
  <dcterms:modified xsi:type="dcterms:W3CDTF">2025-06-30T16:41:00Z</dcterms:modified>
  <cp:category/>
</cp:coreProperties>
</file>